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88083" w14:textId="7AD9A628" w:rsidR="00356A13" w:rsidRDefault="00000000">
      <w:pPr>
        <w:spacing w:after="40"/>
        <w:jc w:val="center"/>
        <w:rPr>
          <w:lang w:eastAsia="ja-JP"/>
        </w:rPr>
      </w:pPr>
      <w:r>
        <w:rPr>
          <w:b/>
          <w:sz w:val="32"/>
          <w:lang w:eastAsia="ja-JP"/>
        </w:rPr>
        <w:t>「</w:t>
      </w:r>
      <w:r w:rsidR="00193ED0">
        <w:rPr>
          <w:rFonts w:hint="eastAsia"/>
          <w:b/>
          <w:sz w:val="32"/>
          <w:lang w:eastAsia="ja-JP"/>
        </w:rPr>
        <w:t>稲荷</w:t>
      </w:r>
      <w:r>
        <w:rPr>
          <w:b/>
          <w:sz w:val="32"/>
          <w:lang w:eastAsia="ja-JP"/>
        </w:rPr>
        <w:t>コンコン秋祭り ～狐の嫁入り</w:t>
      </w:r>
      <w:r w:rsidR="00193ED0">
        <w:rPr>
          <w:rFonts w:hint="eastAsia"/>
          <w:b/>
          <w:sz w:val="32"/>
          <w:lang w:eastAsia="ja-JP"/>
        </w:rPr>
        <w:t>行列</w:t>
      </w:r>
      <w:r>
        <w:rPr>
          <w:b/>
          <w:sz w:val="32"/>
          <w:lang w:eastAsia="ja-JP"/>
        </w:rPr>
        <w:t>～」出店申込書</w:t>
      </w:r>
    </w:p>
    <w:p w14:paraId="5CF6FA9A" w14:textId="77777777" w:rsidR="00356A13" w:rsidRDefault="00000000">
      <w:pPr>
        <w:spacing w:after="60" w:line="252" w:lineRule="auto"/>
        <w:jc w:val="right"/>
      </w:pPr>
      <w:proofErr w:type="spellStart"/>
      <w:r>
        <w:rPr>
          <w:sz w:val="20"/>
        </w:rPr>
        <w:t>提出日：令和</w:t>
      </w:r>
      <w:proofErr w:type="spellEnd"/>
      <w:r>
        <w:rPr>
          <w:sz w:val="20"/>
        </w:rPr>
        <w:t xml:space="preserve">　　　年　　　月　　　日</w:t>
      </w:r>
    </w:p>
    <w:tbl>
      <w:tblPr>
        <w:tblW w:w="0" w:type="auto"/>
        <w:jc w:val="center"/>
        <w:tblBorders>
          <w:top w:val="single" w:sz="8" w:space="0" w:color="555555"/>
          <w:left w:val="single" w:sz="8" w:space="0" w:color="555555"/>
          <w:bottom w:val="single" w:sz="8" w:space="0" w:color="555555"/>
          <w:right w:val="single" w:sz="8" w:space="0" w:color="555555"/>
          <w:insideH w:val="single" w:sz="8" w:space="0" w:color="555555"/>
          <w:insideV w:val="single" w:sz="8" w:space="0" w:color="555555"/>
        </w:tblBorders>
        <w:tblLayout w:type="fixed"/>
        <w:tblLook w:val="04A0" w:firstRow="1" w:lastRow="0" w:firstColumn="1" w:lastColumn="0" w:noHBand="0" w:noVBand="1"/>
      </w:tblPr>
      <w:tblGrid>
        <w:gridCol w:w="1587"/>
        <w:gridCol w:w="7938"/>
      </w:tblGrid>
      <w:tr w:rsidR="00356A13" w14:paraId="5AD0A284" w14:textId="77777777">
        <w:trPr>
          <w:jc w:val="center"/>
        </w:trPr>
        <w:tc>
          <w:tcPr>
            <w:tcW w:w="1587" w:type="dxa"/>
            <w:shd w:val="clear" w:color="auto" w:fill="EDEDED"/>
          </w:tcPr>
          <w:p w14:paraId="09F8DE0F" w14:textId="77777777" w:rsidR="00356A13" w:rsidRDefault="00000000">
            <w:pPr>
              <w:spacing w:after="0" w:line="240" w:lineRule="auto"/>
              <w:jc w:val="center"/>
            </w:pPr>
            <w:r>
              <w:rPr>
                <w:b/>
                <w:sz w:val="19"/>
              </w:rPr>
              <w:t>開催日時</w:t>
            </w:r>
          </w:p>
        </w:tc>
        <w:tc>
          <w:tcPr>
            <w:tcW w:w="7938" w:type="dxa"/>
          </w:tcPr>
          <w:p w14:paraId="2B6B9F72" w14:textId="77777777" w:rsidR="00356A13" w:rsidRDefault="00000000">
            <w:pPr>
              <w:spacing w:after="0" w:line="240" w:lineRule="auto"/>
            </w:pPr>
            <w:r>
              <w:rPr>
                <w:sz w:val="19"/>
              </w:rPr>
              <w:t>2026年10月31日（土）13:00～21:00</w:t>
            </w:r>
          </w:p>
        </w:tc>
      </w:tr>
      <w:tr w:rsidR="00356A13" w14:paraId="6A7CB449" w14:textId="77777777">
        <w:trPr>
          <w:jc w:val="center"/>
        </w:trPr>
        <w:tc>
          <w:tcPr>
            <w:tcW w:w="1587" w:type="dxa"/>
            <w:shd w:val="clear" w:color="auto" w:fill="EDEDED"/>
          </w:tcPr>
          <w:p w14:paraId="10F79472" w14:textId="77777777" w:rsidR="00356A13" w:rsidRDefault="00000000">
            <w:pPr>
              <w:spacing w:after="0" w:line="240" w:lineRule="auto"/>
              <w:jc w:val="center"/>
            </w:pPr>
            <w:r>
              <w:rPr>
                <w:b/>
                <w:sz w:val="19"/>
              </w:rPr>
              <w:t>会　場</w:t>
            </w:r>
          </w:p>
        </w:tc>
        <w:tc>
          <w:tcPr>
            <w:tcW w:w="7938" w:type="dxa"/>
          </w:tcPr>
          <w:p w14:paraId="0506A1E0" w14:textId="77777777" w:rsidR="00356A13" w:rsidRDefault="00000000">
            <w:pPr>
              <w:spacing w:after="0" w:line="240" w:lineRule="auto"/>
            </w:pPr>
            <w:r>
              <w:rPr>
                <w:sz w:val="19"/>
              </w:rPr>
              <w:t>荷機稲荷神社（岐阜県瑞浪市稲津町）</w:t>
            </w:r>
          </w:p>
        </w:tc>
      </w:tr>
      <w:tr w:rsidR="00356A13" w14:paraId="0BC8A029" w14:textId="77777777">
        <w:trPr>
          <w:jc w:val="center"/>
        </w:trPr>
        <w:tc>
          <w:tcPr>
            <w:tcW w:w="1587" w:type="dxa"/>
            <w:shd w:val="clear" w:color="auto" w:fill="EDEDED"/>
          </w:tcPr>
          <w:p w14:paraId="4D1D5146" w14:textId="77777777" w:rsidR="00356A13" w:rsidRDefault="00000000">
            <w:pPr>
              <w:spacing w:after="0" w:line="240" w:lineRule="auto"/>
              <w:jc w:val="center"/>
            </w:pPr>
            <w:r>
              <w:rPr>
                <w:b/>
                <w:sz w:val="19"/>
              </w:rPr>
              <w:t>主な内容</w:t>
            </w:r>
          </w:p>
        </w:tc>
        <w:tc>
          <w:tcPr>
            <w:tcW w:w="7938" w:type="dxa"/>
          </w:tcPr>
          <w:p w14:paraId="78C3D4D3" w14:textId="77777777" w:rsidR="00356A13" w:rsidRDefault="00000000">
            <w:pPr>
              <w:spacing w:after="0" w:line="240" w:lineRule="auto"/>
              <w:rPr>
                <w:lang w:eastAsia="ja-JP"/>
              </w:rPr>
            </w:pPr>
            <w:r>
              <w:rPr>
                <w:sz w:val="19"/>
                <w:lang w:eastAsia="ja-JP"/>
              </w:rPr>
              <w:t>狐の嫁入り行列、盆踊り、大道芸、ライブ、チアリーディング、出店、ブラックライト演出等</w:t>
            </w:r>
          </w:p>
        </w:tc>
      </w:tr>
      <w:tr w:rsidR="00356A13" w14:paraId="465FA478" w14:textId="77777777">
        <w:trPr>
          <w:jc w:val="center"/>
        </w:trPr>
        <w:tc>
          <w:tcPr>
            <w:tcW w:w="1587" w:type="dxa"/>
            <w:shd w:val="clear" w:color="auto" w:fill="EDEDED"/>
          </w:tcPr>
          <w:p w14:paraId="2AB501F6" w14:textId="77777777" w:rsidR="00356A13" w:rsidRDefault="00000000">
            <w:pPr>
              <w:spacing w:after="0" w:line="240" w:lineRule="auto"/>
              <w:jc w:val="center"/>
            </w:pPr>
            <w:proofErr w:type="spellStart"/>
            <w:r>
              <w:rPr>
                <w:b/>
                <w:sz w:val="19"/>
              </w:rPr>
              <w:t>出店料</w:t>
            </w:r>
            <w:proofErr w:type="spellEnd"/>
          </w:p>
        </w:tc>
        <w:tc>
          <w:tcPr>
            <w:tcW w:w="7938" w:type="dxa"/>
          </w:tcPr>
          <w:p w14:paraId="7D1915A0" w14:textId="208836B2" w:rsidR="00356A13" w:rsidRDefault="00000000">
            <w:pPr>
              <w:spacing w:after="0" w:line="240" w:lineRule="auto"/>
              <w:rPr>
                <w:lang w:eastAsia="ja-JP"/>
              </w:rPr>
            </w:pPr>
            <w:r>
              <w:rPr>
                <w:sz w:val="19"/>
                <w:lang w:eastAsia="ja-JP"/>
              </w:rPr>
              <w:t>物販</w:t>
            </w:r>
            <w:r w:rsidR="00E97261">
              <w:rPr>
                <w:rFonts w:hint="eastAsia"/>
                <w:sz w:val="19"/>
                <w:lang w:eastAsia="ja-JP"/>
              </w:rPr>
              <w:t>・その他</w:t>
            </w:r>
            <w:r>
              <w:rPr>
                <w:sz w:val="19"/>
                <w:lang w:eastAsia="ja-JP"/>
              </w:rPr>
              <w:t xml:space="preserve"> </w:t>
            </w:r>
            <w:r w:rsidR="0001690F">
              <w:rPr>
                <w:rFonts w:hint="eastAsia"/>
                <w:sz w:val="19"/>
                <w:lang w:eastAsia="ja-JP"/>
              </w:rPr>
              <w:t>3</w:t>
            </w:r>
            <w:r>
              <w:rPr>
                <w:sz w:val="19"/>
                <w:lang w:eastAsia="ja-JP"/>
              </w:rPr>
              <w:t>,000円／飲食 5,000円　※当日または指定期日までに納入</w:t>
            </w:r>
          </w:p>
        </w:tc>
      </w:tr>
    </w:tbl>
    <w:p w14:paraId="5E35677C" w14:textId="77777777" w:rsidR="00356A13" w:rsidRDefault="00000000">
      <w:pPr>
        <w:pStyle w:val="21"/>
        <w:spacing w:before="160" w:after="80"/>
      </w:pPr>
      <w:r>
        <w:rPr>
          <w:rFonts w:ascii="Yu Gothic" w:eastAsia="Yu Gothic" w:hAnsi="Yu Gothic"/>
          <w:sz w:val="24"/>
        </w:rPr>
        <w:t xml:space="preserve">1　</w:t>
      </w:r>
      <w:proofErr w:type="spellStart"/>
      <w:r>
        <w:rPr>
          <w:rFonts w:ascii="Yu Gothic" w:eastAsia="Yu Gothic" w:hAnsi="Yu Gothic"/>
          <w:sz w:val="24"/>
        </w:rPr>
        <w:t>申込者情報</w:t>
      </w:r>
      <w:proofErr w:type="spellEnd"/>
    </w:p>
    <w:tbl>
      <w:tblPr>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ayout w:type="fixed"/>
        <w:tblLook w:val="04A0" w:firstRow="1" w:lastRow="0" w:firstColumn="1" w:lastColumn="0" w:noHBand="0" w:noVBand="1"/>
      </w:tblPr>
      <w:tblGrid>
        <w:gridCol w:w="2154"/>
        <w:gridCol w:w="7371"/>
      </w:tblGrid>
      <w:tr w:rsidR="00356A13" w14:paraId="2C53DD7F" w14:textId="77777777">
        <w:trPr>
          <w:jc w:val="center"/>
        </w:trPr>
        <w:tc>
          <w:tcPr>
            <w:tcW w:w="2154" w:type="dxa"/>
            <w:shd w:val="clear" w:color="auto" w:fill="EDEDED"/>
            <w:vAlign w:val="center"/>
          </w:tcPr>
          <w:p w14:paraId="41CFDC5C" w14:textId="77777777" w:rsidR="00356A13" w:rsidRDefault="00000000" w:rsidP="00193ED0">
            <w:pPr>
              <w:snapToGrid w:val="0"/>
              <w:spacing w:after="0" w:line="312" w:lineRule="auto"/>
              <w:jc w:val="center"/>
            </w:pPr>
            <w:r>
              <w:rPr>
                <w:b/>
                <w:sz w:val="19"/>
              </w:rPr>
              <w:t>出店者名・団体名</w:t>
            </w:r>
          </w:p>
        </w:tc>
        <w:tc>
          <w:tcPr>
            <w:tcW w:w="7371" w:type="dxa"/>
            <w:vAlign w:val="center"/>
          </w:tcPr>
          <w:p w14:paraId="5E4586DE" w14:textId="77777777" w:rsidR="00356A13" w:rsidRDefault="00356A13" w:rsidP="00193ED0">
            <w:pPr>
              <w:snapToGrid w:val="0"/>
              <w:spacing w:after="0" w:line="312" w:lineRule="auto"/>
            </w:pPr>
          </w:p>
        </w:tc>
      </w:tr>
      <w:tr w:rsidR="00356A13" w14:paraId="7F440011" w14:textId="77777777">
        <w:trPr>
          <w:jc w:val="center"/>
        </w:trPr>
        <w:tc>
          <w:tcPr>
            <w:tcW w:w="2154" w:type="dxa"/>
            <w:shd w:val="clear" w:color="auto" w:fill="EDEDED"/>
            <w:vAlign w:val="center"/>
          </w:tcPr>
          <w:p w14:paraId="28652BBA" w14:textId="77777777" w:rsidR="00356A13" w:rsidRDefault="00000000" w:rsidP="00193ED0">
            <w:pPr>
              <w:snapToGrid w:val="0"/>
              <w:spacing w:after="0" w:line="312" w:lineRule="auto"/>
              <w:jc w:val="center"/>
            </w:pPr>
            <w:r>
              <w:rPr>
                <w:b/>
                <w:sz w:val="19"/>
              </w:rPr>
              <w:t>代表者名</w:t>
            </w:r>
          </w:p>
        </w:tc>
        <w:tc>
          <w:tcPr>
            <w:tcW w:w="7371" w:type="dxa"/>
            <w:vAlign w:val="center"/>
          </w:tcPr>
          <w:p w14:paraId="4C4B4933" w14:textId="77777777" w:rsidR="00356A13" w:rsidRDefault="00356A13" w:rsidP="00193ED0">
            <w:pPr>
              <w:snapToGrid w:val="0"/>
              <w:spacing w:after="0" w:line="312" w:lineRule="auto"/>
            </w:pPr>
          </w:p>
        </w:tc>
      </w:tr>
      <w:tr w:rsidR="00356A13" w14:paraId="1284B355" w14:textId="77777777">
        <w:trPr>
          <w:jc w:val="center"/>
        </w:trPr>
        <w:tc>
          <w:tcPr>
            <w:tcW w:w="2154" w:type="dxa"/>
            <w:shd w:val="clear" w:color="auto" w:fill="EDEDED"/>
            <w:vAlign w:val="center"/>
          </w:tcPr>
          <w:p w14:paraId="6EC38482" w14:textId="77777777" w:rsidR="00356A13" w:rsidRDefault="00000000" w:rsidP="00193ED0">
            <w:pPr>
              <w:snapToGrid w:val="0"/>
              <w:spacing w:after="0" w:line="312" w:lineRule="auto"/>
              <w:jc w:val="center"/>
            </w:pPr>
            <w:r>
              <w:rPr>
                <w:b/>
                <w:sz w:val="19"/>
              </w:rPr>
              <w:t>担当者名</w:t>
            </w:r>
          </w:p>
        </w:tc>
        <w:tc>
          <w:tcPr>
            <w:tcW w:w="7371" w:type="dxa"/>
            <w:vAlign w:val="center"/>
          </w:tcPr>
          <w:p w14:paraId="5DBF64A3" w14:textId="77777777" w:rsidR="00356A13" w:rsidRDefault="00356A13" w:rsidP="00193ED0">
            <w:pPr>
              <w:snapToGrid w:val="0"/>
              <w:spacing w:after="0" w:line="312" w:lineRule="auto"/>
            </w:pPr>
          </w:p>
        </w:tc>
      </w:tr>
      <w:tr w:rsidR="00356A13" w14:paraId="6D06B491" w14:textId="77777777">
        <w:trPr>
          <w:jc w:val="center"/>
        </w:trPr>
        <w:tc>
          <w:tcPr>
            <w:tcW w:w="2154" w:type="dxa"/>
            <w:shd w:val="clear" w:color="auto" w:fill="EDEDED"/>
            <w:vAlign w:val="center"/>
          </w:tcPr>
          <w:p w14:paraId="07E08FDC" w14:textId="77777777" w:rsidR="00356A13" w:rsidRDefault="00000000" w:rsidP="00193ED0">
            <w:pPr>
              <w:snapToGrid w:val="0"/>
              <w:spacing w:after="0" w:line="312" w:lineRule="auto"/>
              <w:jc w:val="center"/>
            </w:pPr>
            <w:r>
              <w:rPr>
                <w:b/>
                <w:sz w:val="19"/>
              </w:rPr>
              <w:t>住所</w:t>
            </w:r>
          </w:p>
        </w:tc>
        <w:tc>
          <w:tcPr>
            <w:tcW w:w="7371" w:type="dxa"/>
            <w:vAlign w:val="center"/>
          </w:tcPr>
          <w:p w14:paraId="4CFBA571" w14:textId="77777777" w:rsidR="00356A13" w:rsidRDefault="00000000" w:rsidP="00193ED0">
            <w:pPr>
              <w:snapToGrid w:val="0"/>
              <w:spacing w:after="0" w:line="312" w:lineRule="auto"/>
            </w:pPr>
            <w:r>
              <w:rPr>
                <w:sz w:val="19"/>
              </w:rPr>
              <w:t>〒</w:t>
            </w:r>
          </w:p>
        </w:tc>
      </w:tr>
      <w:tr w:rsidR="00356A13" w14:paraId="354D9E87" w14:textId="77777777">
        <w:trPr>
          <w:jc w:val="center"/>
        </w:trPr>
        <w:tc>
          <w:tcPr>
            <w:tcW w:w="2154" w:type="dxa"/>
            <w:shd w:val="clear" w:color="auto" w:fill="EDEDED"/>
            <w:vAlign w:val="center"/>
          </w:tcPr>
          <w:p w14:paraId="354A1AAF" w14:textId="77777777" w:rsidR="00356A13" w:rsidRDefault="00000000" w:rsidP="00193ED0">
            <w:pPr>
              <w:snapToGrid w:val="0"/>
              <w:spacing w:after="0" w:line="312" w:lineRule="auto"/>
              <w:jc w:val="center"/>
            </w:pPr>
            <w:r>
              <w:rPr>
                <w:b/>
                <w:sz w:val="19"/>
              </w:rPr>
              <w:t>電話番号</w:t>
            </w:r>
          </w:p>
        </w:tc>
        <w:tc>
          <w:tcPr>
            <w:tcW w:w="7371" w:type="dxa"/>
            <w:vAlign w:val="center"/>
          </w:tcPr>
          <w:p w14:paraId="76EE76B9" w14:textId="77777777" w:rsidR="00356A13" w:rsidRDefault="00356A13" w:rsidP="00193ED0">
            <w:pPr>
              <w:snapToGrid w:val="0"/>
              <w:spacing w:after="0" w:line="312" w:lineRule="auto"/>
            </w:pPr>
          </w:p>
        </w:tc>
      </w:tr>
      <w:tr w:rsidR="00356A13" w14:paraId="4C64CFD8" w14:textId="77777777">
        <w:trPr>
          <w:jc w:val="center"/>
        </w:trPr>
        <w:tc>
          <w:tcPr>
            <w:tcW w:w="2154" w:type="dxa"/>
            <w:shd w:val="clear" w:color="auto" w:fill="EDEDED"/>
            <w:vAlign w:val="center"/>
          </w:tcPr>
          <w:p w14:paraId="7DC77CAD" w14:textId="77777777" w:rsidR="00356A13" w:rsidRDefault="00000000" w:rsidP="00193ED0">
            <w:pPr>
              <w:snapToGrid w:val="0"/>
              <w:spacing w:after="0" w:line="312" w:lineRule="auto"/>
              <w:jc w:val="center"/>
            </w:pPr>
            <w:r>
              <w:rPr>
                <w:b/>
                <w:sz w:val="19"/>
              </w:rPr>
              <w:t>メール</w:t>
            </w:r>
          </w:p>
        </w:tc>
        <w:tc>
          <w:tcPr>
            <w:tcW w:w="7371" w:type="dxa"/>
            <w:vAlign w:val="center"/>
          </w:tcPr>
          <w:p w14:paraId="6906FEAB" w14:textId="77777777" w:rsidR="00356A13" w:rsidRDefault="00356A13" w:rsidP="00193ED0">
            <w:pPr>
              <w:snapToGrid w:val="0"/>
              <w:spacing w:after="0" w:line="312" w:lineRule="auto"/>
            </w:pPr>
          </w:p>
        </w:tc>
      </w:tr>
      <w:tr w:rsidR="00356A13" w14:paraId="05119665" w14:textId="77777777">
        <w:trPr>
          <w:jc w:val="center"/>
        </w:trPr>
        <w:tc>
          <w:tcPr>
            <w:tcW w:w="2154" w:type="dxa"/>
            <w:shd w:val="clear" w:color="auto" w:fill="EDEDED"/>
            <w:vAlign w:val="center"/>
          </w:tcPr>
          <w:p w14:paraId="5286769F" w14:textId="77777777" w:rsidR="00356A13" w:rsidRDefault="00000000" w:rsidP="00193ED0">
            <w:pPr>
              <w:snapToGrid w:val="0"/>
              <w:spacing w:after="0" w:line="312" w:lineRule="auto"/>
              <w:jc w:val="center"/>
            </w:pPr>
            <w:r>
              <w:rPr>
                <w:b/>
                <w:sz w:val="19"/>
              </w:rPr>
              <w:t>当日連絡先</w:t>
            </w:r>
          </w:p>
        </w:tc>
        <w:tc>
          <w:tcPr>
            <w:tcW w:w="7371" w:type="dxa"/>
            <w:vAlign w:val="center"/>
          </w:tcPr>
          <w:p w14:paraId="0B8193D9" w14:textId="77777777" w:rsidR="00356A13" w:rsidRDefault="00356A13" w:rsidP="00193ED0">
            <w:pPr>
              <w:snapToGrid w:val="0"/>
              <w:spacing w:after="0" w:line="312" w:lineRule="auto"/>
            </w:pPr>
          </w:p>
        </w:tc>
      </w:tr>
      <w:tr w:rsidR="00356A13" w14:paraId="2D9EC804" w14:textId="77777777">
        <w:trPr>
          <w:jc w:val="center"/>
        </w:trPr>
        <w:tc>
          <w:tcPr>
            <w:tcW w:w="2154" w:type="dxa"/>
            <w:shd w:val="clear" w:color="auto" w:fill="EDEDED"/>
            <w:vAlign w:val="center"/>
          </w:tcPr>
          <w:p w14:paraId="0EC35AC4" w14:textId="77777777" w:rsidR="00356A13" w:rsidRDefault="00000000" w:rsidP="00193ED0">
            <w:pPr>
              <w:snapToGrid w:val="0"/>
              <w:spacing w:after="0" w:line="312" w:lineRule="auto"/>
              <w:jc w:val="center"/>
            </w:pPr>
            <w:r>
              <w:rPr>
                <w:b/>
                <w:sz w:val="19"/>
              </w:rPr>
              <w:t>インボイス登録番号</w:t>
            </w:r>
          </w:p>
        </w:tc>
        <w:tc>
          <w:tcPr>
            <w:tcW w:w="7371" w:type="dxa"/>
            <w:vAlign w:val="center"/>
          </w:tcPr>
          <w:p w14:paraId="777DBBE9" w14:textId="77777777" w:rsidR="00356A13" w:rsidRDefault="00000000" w:rsidP="00193ED0">
            <w:pPr>
              <w:snapToGrid w:val="0"/>
              <w:spacing w:after="0" w:line="312" w:lineRule="auto"/>
              <w:rPr>
                <w:lang w:eastAsia="ja-JP"/>
              </w:rPr>
            </w:pPr>
            <w:r>
              <w:rPr>
                <w:sz w:val="19"/>
                <w:lang w:eastAsia="ja-JP"/>
              </w:rPr>
              <w:t>T　　　　　　　　　　　　　　／　□なし</w:t>
            </w:r>
          </w:p>
        </w:tc>
      </w:tr>
    </w:tbl>
    <w:p w14:paraId="3F6C0A5C" w14:textId="77777777" w:rsidR="00356A13" w:rsidRDefault="00000000" w:rsidP="00193ED0">
      <w:pPr>
        <w:pStyle w:val="21"/>
        <w:snapToGrid w:val="0"/>
        <w:spacing w:before="160" w:after="80" w:line="312" w:lineRule="auto"/>
      </w:pPr>
      <w:r>
        <w:rPr>
          <w:rFonts w:ascii="Yu Gothic" w:eastAsia="Yu Gothic" w:hAnsi="Yu Gothic"/>
          <w:sz w:val="24"/>
        </w:rPr>
        <w:t xml:space="preserve">2　</w:t>
      </w:r>
      <w:proofErr w:type="spellStart"/>
      <w:r>
        <w:rPr>
          <w:rFonts w:ascii="Yu Gothic" w:eastAsia="Yu Gothic" w:hAnsi="Yu Gothic"/>
          <w:sz w:val="24"/>
        </w:rPr>
        <w:t>出店内容</w:t>
      </w:r>
      <w:proofErr w:type="spellEnd"/>
    </w:p>
    <w:tbl>
      <w:tblPr>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ayout w:type="fixed"/>
        <w:tblLook w:val="04A0" w:firstRow="1" w:lastRow="0" w:firstColumn="1" w:lastColumn="0" w:noHBand="0" w:noVBand="1"/>
      </w:tblPr>
      <w:tblGrid>
        <w:gridCol w:w="2154"/>
        <w:gridCol w:w="7371"/>
      </w:tblGrid>
      <w:tr w:rsidR="00356A13" w14:paraId="220E8E3E" w14:textId="77777777">
        <w:trPr>
          <w:jc w:val="center"/>
        </w:trPr>
        <w:tc>
          <w:tcPr>
            <w:tcW w:w="2154" w:type="dxa"/>
            <w:shd w:val="clear" w:color="auto" w:fill="EDEDED"/>
            <w:vAlign w:val="center"/>
          </w:tcPr>
          <w:p w14:paraId="2ED63B26" w14:textId="77777777" w:rsidR="00356A13" w:rsidRDefault="00000000" w:rsidP="00193ED0">
            <w:pPr>
              <w:snapToGrid w:val="0"/>
              <w:spacing w:after="0" w:line="312" w:lineRule="auto"/>
              <w:jc w:val="center"/>
            </w:pPr>
            <w:r>
              <w:rPr>
                <w:b/>
                <w:sz w:val="18"/>
              </w:rPr>
              <w:t>出店区分</w:t>
            </w:r>
          </w:p>
        </w:tc>
        <w:tc>
          <w:tcPr>
            <w:tcW w:w="7371" w:type="dxa"/>
            <w:vAlign w:val="center"/>
          </w:tcPr>
          <w:p w14:paraId="6BA7DE78" w14:textId="77777777" w:rsidR="00356A13" w:rsidRDefault="00000000" w:rsidP="00193ED0">
            <w:pPr>
              <w:snapToGrid w:val="0"/>
              <w:spacing w:after="0" w:line="312" w:lineRule="auto"/>
              <w:rPr>
                <w:lang w:eastAsia="ja-JP"/>
              </w:rPr>
            </w:pPr>
            <w:r>
              <w:rPr>
                <w:sz w:val="18"/>
                <w:lang w:eastAsia="ja-JP"/>
              </w:rPr>
              <w:t>□ 飲食　□ 物販　□ 体験　□ 展示PR　□ その他（　　　　　　　　　　　　　　）</w:t>
            </w:r>
          </w:p>
        </w:tc>
      </w:tr>
      <w:tr w:rsidR="00356A13" w14:paraId="59C0D371" w14:textId="77777777">
        <w:trPr>
          <w:jc w:val="center"/>
        </w:trPr>
        <w:tc>
          <w:tcPr>
            <w:tcW w:w="2154" w:type="dxa"/>
            <w:shd w:val="clear" w:color="auto" w:fill="EDEDED"/>
            <w:vAlign w:val="center"/>
          </w:tcPr>
          <w:p w14:paraId="2373A2B0" w14:textId="77777777" w:rsidR="00356A13" w:rsidRDefault="00000000" w:rsidP="00193ED0">
            <w:pPr>
              <w:snapToGrid w:val="0"/>
              <w:spacing w:after="0" w:line="312" w:lineRule="auto"/>
              <w:jc w:val="center"/>
            </w:pPr>
            <w:proofErr w:type="spellStart"/>
            <w:r>
              <w:rPr>
                <w:b/>
                <w:sz w:val="18"/>
              </w:rPr>
              <w:t>屋号・店名</w:t>
            </w:r>
            <w:proofErr w:type="spellEnd"/>
          </w:p>
        </w:tc>
        <w:tc>
          <w:tcPr>
            <w:tcW w:w="7371" w:type="dxa"/>
            <w:vAlign w:val="center"/>
          </w:tcPr>
          <w:p w14:paraId="2634FC53" w14:textId="77777777" w:rsidR="00356A13" w:rsidRDefault="00356A13" w:rsidP="00193ED0">
            <w:pPr>
              <w:snapToGrid w:val="0"/>
              <w:spacing w:after="0" w:line="312" w:lineRule="auto"/>
            </w:pPr>
          </w:p>
        </w:tc>
      </w:tr>
      <w:tr w:rsidR="00356A13" w14:paraId="165732AB" w14:textId="77777777">
        <w:trPr>
          <w:jc w:val="center"/>
        </w:trPr>
        <w:tc>
          <w:tcPr>
            <w:tcW w:w="2154" w:type="dxa"/>
            <w:shd w:val="clear" w:color="auto" w:fill="EDEDED"/>
            <w:vAlign w:val="center"/>
          </w:tcPr>
          <w:p w14:paraId="557C8757" w14:textId="77777777" w:rsidR="00356A13" w:rsidRDefault="00000000" w:rsidP="00193ED0">
            <w:pPr>
              <w:snapToGrid w:val="0"/>
              <w:spacing w:after="0" w:line="312" w:lineRule="auto"/>
              <w:jc w:val="center"/>
            </w:pPr>
            <w:r>
              <w:rPr>
                <w:b/>
                <w:sz w:val="18"/>
              </w:rPr>
              <w:t>販売・提供品目</w:t>
            </w:r>
          </w:p>
        </w:tc>
        <w:tc>
          <w:tcPr>
            <w:tcW w:w="7371" w:type="dxa"/>
            <w:vAlign w:val="center"/>
          </w:tcPr>
          <w:p w14:paraId="25610706" w14:textId="77777777" w:rsidR="00356A13" w:rsidRDefault="00000000" w:rsidP="00193ED0">
            <w:pPr>
              <w:snapToGrid w:val="0"/>
              <w:spacing w:after="0" w:line="312" w:lineRule="auto"/>
              <w:rPr>
                <w:lang w:eastAsia="ja-JP"/>
              </w:rPr>
            </w:pPr>
            <w:r>
              <w:rPr>
                <w:sz w:val="18"/>
                <w:lang w:eastAsia="ja-JP"/>
              </w:rPr>
              <w:t>例：焼きそば、からあげ、雑貨、ワークショップ等</w:t>
            </w:r>
          </w:p>
        </w:tc>
      </w:tr>
      <w:tr w:rsidR="00356A13" w14:paraId="59BAC8CC" w14:textId="77777777">
        <w:trPr>
          <w:jc w:val="center"/>
        </w:trPr>
        <w:tc>
          <w:tcPr>
            <w:tcW w:w="2154" w:type="dxa"/>
            <w:shd w:val="clear" w:color="auto" w:fill="EDEDED"/>
            <w:vAlign w:val="center"/>
          </w:tcPr>
          <w:p w14:paraId="2A3F9A85" w14:textId="77777777" w:rsidR="00356A13" w:rsidRDefault="00000000" w:rsidP="00193ED0">
            <w:pPr>
              <w:snapToGrid w:val="0"/>
              <w:spacing w:after="0" w:line="312" w:lineRule="auto"/>
              <w:jc w:val="center"/>
            </w:pPr>
            <w:proofErr w:type="spellStart"/>
            <w:r>
              <w:rPr>
                <w:b/>
                <w:sz w:val="18"/>
              </w:rPr>
              <w:t>予定価格帯</w:t>
            </w:r>
            <w:proofErr w:type="spellEnd"/>
          </w:p>
        </w:tc>
        <w:tc>
          <w:tcPr>
            <w:tcW w:w="7371" w:type="dxa"/>
            <w:vAlign w:val="center"/>
          </w:tcPr>
          <w:p w14:paraId="6517B655" w14:textId="77777777" w:rsidR="00356A13" w:rsidRDefault="00356A13" w:rsidP="00193ED0">
            <w:pPr>
              <w:snapToGrid w:val="0"/>
              <w:spacing w:after="0" w:line="312" w:lineRule="auto"/>
            </w:pPr>
          </w:p>
        </w:tc>
      </w:tr>
      <w:tr w:rsidR="00356A13" w14:paraId="7B8E799B" w14:textId="77777777">
        <w:trPr>
          <w:jc w:val="center"/>
        </w:trPr>
        <w:tc>
          <w:tcPr>
            <w:tcW w:w="2154" w:type="dxa"/>
            <w:shd w:val="clear" w:color="auto" w:fill="EDEDED"/>
            <w:vAlign w:val="center"/>
          </w:tcPr>
          <w:p w14:paraId="6DB625DB" w14:textId="77777777" w:rsidR="00356A13" w:rsidRDefault="00000000" w:rsidP="00193ED0">
            <w:pPr>
              <w:snapToGrid w:val="0"/>
              <w:spacing w:after="0" w:line="312" w:lineRule="auto"/>
              <w:jc w:val="center"/>
            </w:pPr>
            <w:r>
              <w:rPr>
                <w:b/>
                <w:sz w:val="18"/>
              </w:rPr>
              <w:t>使用設備</w:t>
            </w:r>
          </w:p>
        </w:tc>
        <w:tc>
          <w:tcPr>
            <w:tcW w:w="7371" w:type="dxa"/>
            <w:vAlign w:val="center"/>
          </w:tcPr>
          <w:p w14:paraId="7FD72409" w14:textId="328FE3EC" w:rsidR="00356A13" w:rsidRDefault="00000000" w:rsidP="00193ED0">
            <w:pPr>
              <w:snapToGrid w:val="0"/>
              <w:spacing w:after="0" w:line="312" w:lineRule="auto"/>
              <w:rPr>
                <w:lang w:eastAsia="ja-JP"/>
              </w:rPr>
            </w:pPr>
            <w:r>
              <w:rPr>
                <w:sz w:val="18"/>
                <w:lang w:eastAsia="ja-JP"/>
              </w:rPr>
              <w:t>□ テント</w:t>
            </w:r>
            <w:r w:rsidR="0001690F">
              <w:rPr>
                <w:rFonts w:hint="eastAsia"/>
                <w:sz w:val="18"/>
                <w:lang w:eastAsia="ja-JP"/>
              </w:rPr>
              <w:t>持参</w:t>
            </w:r>
            <w:r>
              <w:rPr>
                <w:sz w:val="18"/>
                <w:lang w:eastAsia="ja-JP"/>
              </w:rPr>
              <w:t xml:space="preserve">　□ キッチンカー　□ テーブル</w:t>
            </w:r>
            <w:r w:rsidR="0001690F">
              <w:rPr>
                <w:rFonts w:hint="eastAsia"/>
                <w:sz w:val="18"/>
                <w:lang w:eastAsia="ja-JP"/>
              </w:rPr>
              <w:t>持参</w:t>
            </w:r>
            <w:r>
              <w:rPr>
                <w:sz w:val="18"/>
                <w:lang w:eastAsia="ja-JP"/>
              </w:rPr>
              <w:t xml:space="preserve">　□ 発電機</w:t>
            </w:r>
            <w:r w:rsidR="0001690F">
              <w:rPr>
                <w:rFonts w:hint="eastAsia"/>
                <w:sz w:val="18"/>
                <w:lang w:eastAsia="ja-JP"/>
              </w:rPr>
              <w:t>持参</w:t>
            </w:r>
            <w:r>
              <w:rPr>
                <w:sz w:val="18"/>
                <w:lang w:eastAsia="ja-JP"/>
              </w:rPr>
              <w:t xml:space="preserve">　□ 電源</w:t>
            </w:r>
            <w:r w:rsidR="0001690F">
              <w:rPr>
                <w:rFonts w:hint="eastAsia"/>
                <w:sz w:val="18"/>
                <w:lang w:eastAsia="ja-JP"/>
              </w:rPr>
              <w:t>使用</w:t>
            </w:r>
            <w:r>
              <w:rPr>
                <w:sz w:val="18"/>
                <w:lang w:eastAsia="ja-JP"/>
              </w:rPr>
              <w:t>希望　□ 水使用</w:t>
            </w:r>
            <w:r w:rsidR="0001690F">
              <w:rPr>
                <w:rFonts w:hint="eastAsia"/>
                <w:sz w:val="18"/>
                <w:lang w:eastAsia="ja-JP"/>
              </w:rPr>
              <w:t>希望</w:t>
            </w:r>
            <w:r>
              <w:rPr>
                <w:sz w:val="18"/>
                <w:lang w:eastAsia="ja-JP"/>
              </w:rPr>
              <w:t xml:space="preserve">　□ 火気使用　□ LPG　□ その他</w:t>
            </w:r>
            <w:r w:rsidR="0001690F">
              <w:rPr>
                <w:rFonts w:hint="eastAsia"/>
                <w:sz w:val="18"/>
                <w:lang w:eastAsia="ja-JP"/>
              </w:rPr>
              <w:t>（　　　　　　　　　　　　　　　）</w:t>
            </w:r>
          </w:p>
        </w:tc>
      </w:tr>
      <w:tr w:rsidR="00356A13" w14:paraId="70CAF192" w14:textId="77777777">
        <w:trPr>
          <w:jc w:val="center"/>
        </w:trPr>
        <w:tc>
          <w:tcPr>
            <w:tcW w:w="2154" w:type="dxa"/>
            <w:shd w:val="clear" w:color="auto" w:fill="EDEDED"/>
            <w:vAlign w:val="center"/>
          </w:tcPr>
          <w:p w14:paraId="23DC37C1" w14:textId="77777777" w:rsidR="00356A13" w:rsidRDefault="00000000" w:rsidP="00193ED0">
            <w:pPr>
              <w:snapToGrid w:val="0"/>
              <w:spacing w:after="0" w:line="312" w:lineRule="auto"/>
              <w:jc w:val="center"/>
            </w:pPr>
            <w:proofErr w:type="spellStart"/>
            <w:r>
              <w:rPr>
                <w:b/>
                <w:sz w:val="18"/>
              </w:rPr>
              <w:t>車両情報</w:t>
            </w:r>
            <w:proofErr w:type="spellEnd"/>
          </w:p>
        </w:tc>
        <w:tc>
          <w:tcPr>
            <w:tcW w:w="7371" w:type="dxa"/>
            <w:vAlign w:val="center"/>
          </w:tcPr>
          <w:p w14:paraId="5253B81C" w14:textId="77777777" w:rsidR="00356A13" w:rsidRDefault="00000000" w:rsidP="00193ED0">
            <w:pPr>
              <w:snapToGrid w:val="0"/>
              <w:spacing w:after="0" w:line="312" w:lineRule="auto"/>
              <w:rPr>
                <w:lang w:eastAsia="ja-JP"/>
              </w:rPr>
            </w:pPr>
            <w:r>
              <w:rPr>
                <w:sz w:val="18"/>
                <w:lang w:eastAsia="ja-JP"/>
              </w:rPr>
              <w:t>車種：　　　　　　　　　　ナンバー：　　　　　　　　　　搬入台数：　　　台</w:t>
            </w:r>
          </w:p>
        </w:tc>
      </w:tr>
      <w:tr w:rsidR="00356A13" w14:paraId="73B69C3A" w14:textId="77777777">
        <w:trPr>
          <w:jc w:val="center"/>
        </w:trPr>
        <w:tc>
          <w:tcPr>
            <w:tcW w:w="2154" w:type="dxa"/>
            <w:shd w:val="clear" w:color="auto" w:fill="EDEDED"/>
            <w:vAlign w:val="center"/>
          </w:tcPr>
          <w:p w14:paraId="34A2615B" w14:textId="77777777" w:rsidR="00356A13" w:rsidRDefault="00000000" w:rsidP="00193ED0">
            <w:pPr>
              <w:snapToGrid w:val="0"/>
              <w:spacing w:after="0" w:line="312" w:lineRule="auto"/>
              <w:jc w:val="center"/>
            </w:pPr>
            <w:proofErr w:type="spellStart"/>
            <w:r>
              <w:rPr>
                <w:b/>
                <w:sz w:val="18"/>
              </w:rPr>
              <w:t>必要スペース</w:t>
            </w:r>
            <w:proofErr w:type="spellEnd"/>
          </w:p>
        </w:tc>
        <w:tc>
          <w:tcPr>
            <w:tcW w:w="7371" w:type="dxa"/>
            <w:vAlign w:val="center"/>
          </w:tcPr>
          <w:p w14:paraId="547DA883" w14:textId="77777777" w:rsidR="00356A13" w:rsidRDefault="00000000" w:rsidP="00193ED0">
            <w:pPr>
              <w:snapToGrid w:val="0"/>
              <w:spacing w:after="0" w:line="312" w:lineRule="auto"/>
              <w:rPr>
                <w:lang w:eastAsia="ja-JP"/>
              </w:rPr>
            </w:pPr>
            <w:r>
              <w:rPr>
                <w:sz w:val="18"/>
                <w:lang w:eastAsia="ja-JP"/>
              </w:rPr>
              <w:t>幅　　　　m × 奥行　　　　m　　高さ　　　　m</w:t>
            </w:r>
          </w:p>
        </w:tc>
      </w:tr>
      <w:tr w:rsidR="00356A13" w14:paraId="6EC44FBB" w14:textId="77777777">
        <w:trPr>
          <w:jc w:val="center"/>
        </w:trPr>
        <w:tc>
          <w:tcPr>
            <w:tcW w:w="2154" w:type="dxa"/>
            <w:shd w:val="clear" w:color="auto" w:fill="EDEDED"/>
            <w:vAlign w:val="center"/>
          </w:tcPr>
          <w:p w14:paraId="3F9459D4" w14:textId="77777777" w:rsidR="00356A13" w:rsidRDefault="00000000" w:rsidP="00193ED0">
            <w:pPr>
              <w:snapToGrid w:val="0"/>
              <w:spacing w:after="0" w:line="312" w:lineRule="auto"/>
              <w:jc w:val="center"/>
            </w:pPr>
            <w:proofErr w:type="spellStart"/>
            <w:r>
              <w:rPr>
                <w:b/>
                <w:sz w:val="18"/>
              </w:rPr>
              <w:t>食品関係許可</w:t>
            </w:r>
            <w:proofErr w:type="spellEnd"/>
          </w:p>
        </w:tc>
        <w:tc>
          <w:tcPr>
            <w:tcW w:w="7371" w:type="dxa"/>
            <w:vAlign w:val="center"/>
          </w:tcPr>
          <w:p w14:paraId="3946DE20" w14:textId="77777777" w:rsidR="00356A13" w:rsidRDefault="00000000" w:rsidP="00193ED0">
            <w:pPr>
              <w:snapToGrid w:val="0"/>
              <w:spacing w:after="0" w:line="312" w:lineRule="auto"/>
              <w:rPr>
                <w:lang w:eastAsia="ja-JP"/>
              </w:rPr>
            </w:pPr>
            <w:r>
              <w:rPr>
                <w:sz w:val="18"/>
                <w:lang w:eastAsia="ja-JP"/>
              </w:rPr>
              <w:t>□ 臨時営業許可・露店営業許可等を取得済　□ 申請予定　□ 対象外</w:t>
            </w:r>
          </w:p>
        </w:tc>
      </w:tr>
    </w:tbl>
    <w:p w14:paraId="7C33BE87" w14:textId="77777777" w:rsidR="00356A13" w:rsidRDefault="00000000" w:rsidP="00193ED0">
      <w:pPr>
        <w:pStyle w:val="21"/>
        <w:snapToGrid w:val="0"/>
        <w:spacing w:before="160" w:after="80" w:line="312" w:lineRule="auto"/>
        <w:rPr>
          <w:lang w:eastAsia="ja-JP"/>
        </w:rPr>
      </w:pPr>
      <w:r>
        <w:rPr>
          <w:rFonts w:ascii="Yu Gothic" w:eastAsia="Yu Gothic" w:hAnsi="Yu Gothic"/>
          <w:sz w:val="24"/>
          <w:lang w:eastAsia="ja-JP"/>
        </w:rPr>
        <w:t>3　搬入・搬出・安全確認</w:t>
      </w:r>
    </w:p>
    <w:tbl>
      <w:tblPr>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ayout w:type="fixed"/>
        <w:tblLook w:val="04A0" w:firstRow="1" w:lastRow="0" w:firstColumn="1" w:lastColumn="0" w:noHBand="0" w:noVBand="1"/>
      </w:tblPr>
      <w:tblGrid>
        <w:gridCol w:w="2154"/>
        <w:gridCol w:w="7371"/>
      </w:tblGrid>
      <w:tr w:rsidR="00356A13" w14:paraId="436C09A5" w14:textId="77777777">
        <w:trPr>
          <w:jc w:val="center"/>
        </w:trPr>
        <w:tc>
          <w:tcPr>
            <w:tcW w:w="2154" w:type="dxa"/>
            <w:shd w:val="clear" w:color="auto" w:fill="EDEDED"/>
            <w:vAlign w:val="center"/>
          </w:tcPr>
          <w:p w14:paraId="68213C26" w14:textId="77777777" w:rsidR="00356A13" w:rsidRDefault="00000000" w:rsidP="00193ED0">
            <w:pPr>
              <w:snapToGrid w:val="0"/>
              <w:spacing w:after="0" w:line="312" w:lineRule="auto"/>
              <w:jc w:val="center"/>
            </w:pPr>
            <w:proofErr w:type="spellStart"/>
            <w:r>
              <w:rPr>
                <w:b/>
                <w:sz w:val="18"/>
              </w:rPr>
              <w:t>搬入希望時間</w:t>
            </w:r>
            <w:proofErr w:type="spellEnd"/>
          </w:p>
        </w:tc>
        <w:tc>
          <w:tcPr>
            <w:tcW w:w="7371" w:type="dxa"/>
            <w:vAlign w:val="center"/>
          </w:tcPr>
          <w:p w14:paraId="5E0D686D" w14:textId="77777777" w:rsidR="00356A13" w:rsidRDefault="00000000" w:rsidP="00193ED0">
            <w:pPr>
              <w:snapToGrid w:val="0"/>
              <w:spacing w:after="0" w:line="312" w:lineRule="auto"/>
              <w:rPr>
                <w:lang w:eastAsia="ja-JP"/>
              </w:rPr>
            </w:pPr>
            <w:r>
              <w:rPr>
                <w:sz w:val="18"/>
                <w:lang w:eastAsia="ja-JP"/>
              </w:rPr>
              <w:t>□ 10:00～11:00　□ 11:00～12:00　□ その他（　　　　　　　　　　　　）</w:t>
            </w:r>
          </w:p>
        </w:tc>
      </w:tr>
      <w:tr w:rsidR="00356A13" w14:paraId="5358B20F" w14:textId="77777777">
        <w:trPr>
          <w:jc w:val="center"/>
        </w:trPr>
        <w:tc>
          <w:tcPr>
            <w:tcW w:w="2154" w:type="dxa"/>
            <w:shd w:val="clear" w:color="auto" w:fill="EDEDED"/>
            <w:vAlign w:val="center"/>
          </w:tcPr>
          <w:p w14:paraId="22BAD5EF" w14:textId="77777777" w:rsidR="00356A13" w:rsidRDefault="00000000" w:rsidP="00193ED0">
            <w:pPr>
              <w:snapToGrid w:val="0"/>
              <w:spacing w:after="0" w:line="312" w:lineRule="auto"/>
              <w:jc w:val="center"/>
            </w:pPr>
            <w:proofErr w:type="spellStart"/>
            <w:r>
              <w:rPr>
                <w:b/>
                <w:sz w:val="18"/>
              </w:rPr>
              <w:t>撤収予定</w:t>
            </w:r>
            <w:proofErr w:type="spellEnd"/>
          </w:p>
        </w:tc>
        <w:tc>
          <w:tcPr>
            <w:tcW w:w="7371" w:type="dxa"/>
            <w:vAlign w:val="center"/>
          </w:tcPr>
          <w:p w14:paraId="74AE073D" w14:textId="77777777" w:rsidR="00356A13" w:rsidRDefault="00000000" w:rsidP="00193ED0">
            <w:pPr>
              <w:snapToGrid w:val="0"/>
              <w:spacing w:after="0" w:line="312" w:lineRule="auto"/>
              <w:rPr>
                <w:lang w:eastAsia="ja-JP"/>
              </w:rPr>
            </w:pPr>
            <w:r>
              <w:rPr>
                <w:sz w:val="18"/>
                <w:lang w:eastAsia="ja-JP"/>
              </w:rPr>
              <w:t>□ 21:00以降　□ その他（　　　　　　　　　　　　）</w:t>
            </w:r>
          </w:p>
        </w:tc>
      </w:tr>
      <w:tr w:rsidR="00356A13" w14:paraId="0A92019C" w14:textId="77777777">
        <w:trPr>
          <w:jc w:val="center"/>
        </w:trPr>
        <w:tc>
          <w:tcPr>
            <w:tcW w:w="2154" w:type="dxa"/>
            <w:shd w:val="clear" w:color="auto" w:fill="EDEDED"/>
            <w:vAlign w:val="center"/>
          </w:tcPr>
          <w:p w14:paraId="0CB3CFE1" w14:textId="77777777" w:rsidR="00356A13" w:rsidRDefault="00000000" w:rsidP="00193ED0">
            <w:pPr>
              <w:snapToGrid w:val="0"/>
              <w:spacing w:after="0" w:line="312" w:lineRule="auto"/>
              <w:jc w:val="center"/>
            </w:pPr>
            <w:proofErr w:type="spellStart"/>
            <w:r>
              <w:rPr>
                <w:b/>
                <w:sz w:val="18"/>
              </w:rPr>
              <w:t>火気使用</w:t>
            </w:r>
            <w:proofErr w:type="spellEnd"/>
          </w:p>
        </w:tc>
        <w:tc>
          <w:tcPr>
            <w:tcW w:w="7371" w:type="dxa"/>
            <w:vAlign w:val="center"/>
          </w:tcPr>
          <w:p w14:paraId="693AA9D3" w14:textId="77777777" w:rsidR="00356A13" w:rsidRDefault="00000000" w:rsidP="00193ED0">
            <w:pPr>
              <w:snapToGrid w:val="0"/>
              <w:spacing w:after="0" w:line="312" w:lineRule="auto"/>
              <w:rPr>
                <w:lang w:eastAsia="ja-JP"/>
              </w:rPr>
            </w:pPr>
            <w:r>
              <w:rPr>
                <w:sz w:val="18"/>
                <w:lang w:eastAsia="ja-JP"/>
              </w:rPr>
              <w:t>□ なし　□ あり（内容：　　　　　　　　　　　　）　※消火器を必ず持参</w:t>
            </w:r>
          </w:p>
        </w:tc>
      </w:tr>
      <w:tr w:rsidR="00356A13" w14:paraId="2C9A00CC" w14:textId="77777777">
        <w:trPr>
          <w:jc w:val="center"/>
        </w:trPr>
        <w:tc>
          <w:tcPr>
            <w:tcW w:w="2154" w:type="dxa"/>
            <w:shd w:val="clear" w:color="auto" w:fill="EDEDED"/>
            <w:vAlign w:val="center"/>
          </w:tcPr>
          <w:p w14:paraId="1E547E1D" w14:textId="77777777" w:rsidR="00356A13" w:rsidRDefault="00000000" w:rsidP="00193ED0">
            <w:pPr>
              <w:snapToGrid w:val="0"/>
              <w:spacing w:after="0" w:line="312" w:lineRule="auto"/>
              <w:jc w:val="center"/>
            </w:pPr>
            <w:proofErr w:type="spellStart"/>
            <w:r>
              <w:rPr>
                <w:b/>
                <w:sz w:val="18"/>
              </w:rPr>
              <w:t>電源使用</w:t>
            </w:r>
            <w:proofErr w:type="spellEnd"/>
          </w:p>
        </w:tc>
        <w:tc>
          <w:tcPr>
            <w:tcW w:w="7371" w:type="dxa"/>
            <w:vAlign w:val="center"/>
          </w:tcPr>
          <w:p w14:paraId="2A76DA1B" w14:textId="77777777" w:rsidR="00356A13" w:rsidRDefault="00000000" w:rsidP="00193ED0">
            <w:pPr>
              <w:snapToGrid w:val="0"/>
              <w:spacing w:after="0" w:line="312" w:lineRule="auto"/>
              <w:rPr>
                <w:lang w:eastAsia="ja-JP"/>
              </w:rPr>
            </w:pPr>
            <w:r>
              <w:rPr>
                <w:sz w:val="18"/>
                <w:lang w:eastAsia="ja-JP"/>
              </w:rPr>
              <w:t>□ なし　□ あり（容量：　　　　W）　※原則として発電機または自己手配</w:t>
            </w:r>
          </w:p>
        </w:tc>
      </w:tr>
      <w:tr w:rsidR="00356A13" w14:paraId="6F8FD3FF" w14:textId="77777777">
        <w:trPr>
          <w:jc w:val="center"/>
        </w:trPr>
        <w:tc>
          <w:tcPr>
            <w:tcW w:w="2154" w:type="dxa"/>
            <w:shd w:val="clear" w:color="auto" w:fill="EDEDED"/>
            <w:vAlign w:val="center"/>
          </w:tcPr>
          <w:p w14:paraId="2B1D546C" w14:textId="77777777" w:rsidR="00356A13" w:rsidRDefault="00000000" w:rsidP="00193ED0">
            <w:pPr>
              <w:snapToGrid w:val="0"/>
              <w:spacing w:after="0" w:line="312" w:lineRule="auto"/>
              <w:jc w:val="center"/>
            </w:pPr>
            <w:proofErr w:type="spellStart"/>
            <w:r>
              <w:rPr>
                <w:b/>
                <w:sz w:val="18"/>
              </w:rPr>
              <w:t>衛生管理</w:t>
            </w:r>
            <w:proofErr w:type="spellEnd"/>
          </w:p>
        </w:tc>
        <w:tc>
          <w:tcPr>
            <w:tcW w:w="7371" w:type="dxa"/>
            <w:vAlign w:val="center"/>
          </w:tcPr>
          <w:p w14:paraId="1F3C838F" w14:textId="77777777" w:rsidR="00356A13" w:rsidRDefault="00000000" w:rsidP="00193ED0">
            <w:pPr>
              <w:snapToGrid w:val="0"/>
              <w:spacing w:after="0" w:line="312" w:lineRule="auto"/>
              <w:rPr>
                <w:lang w:eastAsia="ja-JP"/>
              </w:rPr>
            </w:pPr>
            <w:r>
              <w:rPr>
                <w:sz w:val="18"/>
                <w:lang w:eastAsia="ja-JP"/>
              </w:rPr>
              <w:t>□ 手洗い・アルコール等を準備　□ ゴミは持ち帰り　□ 食品表示・アレルギー表示に配慮</w:t>
            </w:r>
          </w:p>
        </w:tc>
      </w:tr>
    </w:tbl>
    <w:p w14:paraId="48600B5F" w14:textId="77777777" w:rsidR="00356A13" w:rsidRDefault="00000000" w:rsidP="00E97261">
      <w:pPr>
        <w:snapToGrid w:val="0"/>
        <w:spacing w:line="240" w:lineRule="auto"/>
        <w:jc w:val="center"/>
        <w:rPr>
          <w:lang w:eastAsia="ja-JP"/>
        </w:rPr>
      </w:pPr>
      <w:r>
        <w:rPr>
          <w:b/>
          <w:sz w:val="30"/>
          <w:lang w:eastAsia="ja-JP"/>
        </w:rPr>
        <w:lastRenderedPageBreak/>
        <w:t>出店に関する確認事項・誓約事項</w:t>
      </w:r>
    </w:p>
    <w:p w14:paraId="27A1082A" w14:textId="77777777" w:rsidR="00356A13" w:rsidRDefault="00000000" w:rsidP="003B4A6A">
      <w:pPr>
        <w:snapToGrid w:val="0"/>
        <w:spacing w:after="60" w:line="216" w:lineRule="auto"/>
        <w:rPr>
          <w:lang w:eastAsia="ja-JP"/>
        </w:rPr>
      </w:pPr>
      <w:r>
        <w:rPr>
          <w:sz w:val="20"/>
          <w:lang w:eastAsia="ja-JP"/>
        </w:rPr>
        <w:t>以下の内容を確認のうえ、同意する場合はチェックを入れてください。</w:t>
      </w:r>
    </w:p>
    <w:p w14:paraId="67C30620" w14:textId="77777777" w:rsidR="00356A13" w:rsidRDefault="00000000" w:rsidP="003B4A6A">
      <w:pPr>
        <w:snapToGrid w:val="0"/>
        <w:spacing w:after="60" w:line="216" w:lineRule="auto"/>
        <w:rPr>
          <w:lang w:eastAsia="ja-JP"/>
        </w:rPr>
      </w:pPr>
      <w:r>
        <w:rPr>
          <w:sz w:val="19"/>
          <w:lang w:eastAsia="ja-JP"/>
        </w:rPr>
        <w:t>□ 主催者が指定する出店場所、搬入・搬出時間、車両誘導、警備・安全管理上の指示に従います。</w:t>
      </w:r>
    </w:p>
    <w:p w14:paraId="3FCEF5C8" w14:textId="77777777" w:rsidR="00356A13" w:rsidRDefault="00000000" w:rsidP="003B4A6A">
      <w:pPr>
        <w:snapToGrid w:val="0"/>
        <w:spacing w:after="60" w:line="216" w:lineRule="auto"/>
        <w:rPr>
          <w:lang w:eastAsia="ja-JP"/>
        </w:rPr>
      </w:pPr>
      <w:r>
        <w:rPr>
          <w:sz w:val="19"/>
          <w:lang w:eastAsia="ja-JP"/>
        </w:rPr>
        <w:t>□ 飲食出店の場合、保健所への届出・許可、食品衛生、表示、アレルギー対応等は出店者の責任で行います。</w:t>
      </w:r>
    </w:p>
    <w:p w14:paraId="01B7D2AD" w14:textId="77777777" w:rsidR="00356A13" w:rsidRDefault="00000000" w:rsidP="003B4A6A">
      <w:pPr>
        <w:snapToGrid w:val="0"/>
        <w:spacing w:after="60" w:line="216" w:lineRule="auto"/>
        <w:rPr>
          <w:lang w:eastAsia="ja-JP"/>
        </w:rPr>
      </w:pPr>
      <w:r>
        <w:rPr>
          <w:sz w:val="19"/>
          <w:lang w:eastAsia="ja-JP"/>
        </w:rPr>
        <w:t>□ 火気・発電機・ガスボンベ等を使用する場合は、消火器を持参し、消防上必要な安全対策を行います。</w:t>
      </w:r>
    </w:p>
    <w:p w14:paraId="0419E23C" w14:textId="77777777" w:rsidR="00356A13" w:rsidRDefault="00000000" w:rsidP="003B4A6A">
      <w:pPr>
        <w:snapToGrid w:val="0"/>
        <w:spacing w:after="60" w:line="216" w:lineRule="auto"/>
        <w:rPr>
          <w:lang w:eastAsia="ja-JP"/>
        </w:rPr>
      </w:pPr>
      <w:r>
        <w:rPr>
          <w:sz w:val="19"/>
          <w:lang w:eastAsia="ja-JP"/>
        </w:rPr>
        <w:t>□ 出店に伴う事故、食中毒、火災、盗難、破損、来場者とのトラブル等について、出店者の責任で誠実に対応します。</w:t>
      </w:r>
    </w:p>
    <w:p w14:paraId="7008D1CB" w14:textId="77777777" w:rsidR="00356A13" w:rsidRDefault="00000000" w:rsidP="003B4A6A">
      <w:pPr>
        <w:snapToGrid w:val="0"/>
        <w:spacing w:after="60" w:line="216" w:lineRule="auto"/>
        <w:rPr>
          <w:lang w:eastAsia="ja-JP"/>
        </w:rPr>
      </w:pPr>
      <w:r>
        <w:rPr>
          <w:sz w:val="19"/>
          <w:lang w:eastAsia="ja-JP"/>
        </w:rPr>
        <w:t>□ ゴミ・排水・油・残材は持ち帰り、会場および周辺を汚損しません。</w:t>
      </w:r>
    </w:p>
    <w:p w14:paraId="1D6539D9" w14:textId="77777777" w:rsidR="00356A13" w:rsidRDefault="00000000" w:rsidP="003B4A6A">
      <w:pPr>
        <w:snapToGrid w:val="0"/>
        <w:spacing w:after="60" w:line="216" w:lineRule="auto"/>
        <w:rPr>
          <w:lang w:eastAsia="ja-JP"/>
        </w:rPr>
      </w:pPr>
      <w:r>
        <w:rPr>
          <w:sz w:val="19"/>
          <w:lang w:eastAsia="ja-JP"/>
        </w:rPr>
        <w:t>□ 荷機稲荷神社、稲荷温泉、近隣住民、他出店者、来場者への迷惑行為を行いません。</w:t>
      </w:r>
    </w:p>
    <w:p w14:paraId="4F68EDC2" w14:textId="77777777" w:rsidR="00356A13" w:rsidRDefault="00000000" w:rsidP="003B4A6A">
      <w:pPr>
        <w:snapToGrid w:val="0"/>
        <w:spacing w:after="60" w:line="216" w:lineRule="auto"/>
        <w:rPr>
          <w:lang w:eastAsia="ja-JP"/>
        </w:rPr>
      </w:pPr>
      <w:r>
        <w:rPr>
          <w:sz w:val="19"/>
          <w:lang w:eastAsia="ja-JP"/>
        </w:rPr>
        <w:t>□ 雨天・荒天・災害・感染症・行政指導その他やむを得ない事情により、主催者が内容変更または中止を判断する場合があることを了承します。</w:t>
      </w:r>
    </w:p>
    <w:p w14:paraId="07760099" w14:textId="77777777" w:rsidR="00356A13" w:rsidRDefault="00000000" w:rsidP="003B4A6A">
      <w:pPr>
        <w:snapToGrid w:val="0"/>
        <w:spacing w:after="60" w:line="216" w:lineRule="auto"/>
        <w:rPr>
          <w:sz w:val="19"/>
          <w:lang w:eastAsia="ja-JP"/>
        </w:rPr>
      </w:pPr>
      <w:r>
        <w:rPr>
          <w:sz w:val="19"/>
          <w:lang w:eastAsia="ja-JP"/>
        </w:rPr>
        <w:t>□ 虚偽申告、無断転貸、危険行為、公序良俗に反する販売、主催者の指示違反があった場合、出店取消しとなっても異議を申し立てません。</w:t>
      </w:r>
    </w:p>
    <w:p w14:paraId="5501AE3F" w14:textId="77777777" w:rsidR="00356A13" w:rsidRDefault="00000000" w:rsidP="003B4A6A">
      <w:pPr>
        <w:snapToGrid w:val="0"/>
        <w:spacing w:after="60" w:line="216" w:lineRule="auto"/>
        <w:rPr>
          <w:sz w:val="19"/>
          <w:lang w:eastAsia="ja-JP"/>
        </w:rPr>
      </w:pPr>
      <w:r>
        <w:rPr>
          <w:sz w:val="19"/>
          <w:lang w:eastAsia="ja-JP"/>
        </w:rPr>
        <w:t>□ 申込書に記載した個人情報は、本イベントの連絡、運営、安全管理、行政手続き、出店管理の目的で使用されることに同意します。</w:t>
      </w:r>
    </w:p>
    <w:p w14:paraId="728AEDD7" w14:textId="77777777" w:rsidR="00193ED0" w:rsidRPr="00E97261" w:rsidRDefault="00193ED0" w:rsidP="00E97261">
      <w:pPr>
        <w:snapToGrid w:val="0"/>
        <w:spacing w:line="240" w:lineRule="auto"/>
        <w:jc w:val="center"/>
        <w:rPr>
          <w:sz w:val="28"/>
          <w:szCs w:val="28"/>
          <w:lang w:eastAsia="ja-JP"/>
        </w:rPr>
      </w:pPr>
      <w:r w:rsidRPr="00E97261">
        <w:rPr>
          <w:b/>
          <w:sz w:val="28"/>
          <w:szCs w:val="28"/>
          <w:lang w:eastAsia="ja-JP"/>
        </w:rPr>
        <w:t>反社会的勢力でないこと等に関する誓約・同意書</w:t>
      </w:r>
    </w:p>
    <w:p w14:paraId="54AB2AC0" w14:textId="77777777" w:rsidR="00193ED0" w:rsidRPr="00193ED0" w:rsidRDefault="00193ED0" w:rsidP="00193ED0">
      <w:pPr>
        <w:pStyle w:val="ae"/>
        <w:numPr>
          <w:ilvl w:val="0"/>
          <w:numId w:val="10"/>
        </w:numPr>
        <w:snapToGrid w:val="0"/>
        <w:spacing w:after="60" w:line="360" w:lineRule="auto"/>
        <w:rPr>
          <w:b/>
          <w:bCs/>
          <w:lang w:eastAsia="ja-JP"/>
        </w:rPr>
      </w:pPr>
      <w:r w:rsidRPr="00193ED0">
        <w:rPr>
          <w:b/>
          <w:bCs/>
          <w:sz w:val="20"/>
          <w:lang w:eastAsia="ja-JP"/>
        </w:rPr>
        <w:t>「コンコン秋祭り ～狐の嫁入り～」への出店申込みにあたり、下記の事項を誓約し、同意します。</w:t>
      </w:r>
    </w:p>
    <w:p w14:paraId="056CAA08" w14:textId="77777777" w:rsidR="00193ED0" w:rsidRDefault="00193ED0" w:rsidP="003B4A6A">
      <w:pPr>
        <w:snapToGrid w:val="0"/>
        <w:spacing w:after="60" w:line="192" w:lineRule="auto"/>
        <w:rPr>
          <w:lang w:eastAsia="ja-JP"/>
        </w:rPr>
      </w:pPr>
      <w:r w:rsidRPr="00193ED0">
        <w:rPr>
          <w:sz w:val="19"/>
          <w:lang w:eastAsia="ja-JP"/>
        </w:rPr>
        <w:t>1. 私（当団体・当法人を含む。）および役員、従業員、関係者は、暴力団、暴力団員、暴力団準構成員、暴力団関係企業、総会屋、社会運動等標ぼうゴロ、特殊知能暴力集団その他これらに準ずる者ではありません。</w:t>
      </w:r>
    </w:p>
    <w:p w14:paraId="34C3A2C3" w14:textId="77777777" w:rsidR="00193ED0" w:rsidRDefault="00193ED0" w:rsidP="003B4A6A">
      <w:pPr>
        <w:snapToGrid w:val="0"/>
        <w:spacing w:after="60" w:line="192" w:lineRule="auto"/>
        <w:rPr>
          <w:lang w:eastAsia="ja-JP"/>
        </w:rPr>
      </w:pPr>
      <w:r w:rsidRPr="00193ED0">
        <w:rPr>
          <w:sz w:val="19"/>
          <w:lang w:eastAsia="ja-JP"/>
        </w:rPr>
        <w:t>2. 反社会的勢力に対して、資金提供、便宜供与、名義貸し、取引、協力、関与その他これらに類する行為を行っていません。</w:t>
      </w:r>
    </w:p>
    <w:p w14:paraId="5047F2F9" w14:textId="77777777" w:rsidR="00193ED0" w:rsidRDefault="00193ED0" w:rsidP="003B4A6A">
      <w:pPr>
        <w:snapToGrid w:val="0"/>
        <w:spacing w:after="60" w:line="192" w:lineRule="auto"/>
        <w:rPr>
          <w:lang w:eastAsia="ja-JP"/>
        </w:rPr>
      </w:pPr>
      <w:r w:rsidRPr="00193ED0">
        <w:rPr>
          <w:sz w:val="19"/>
          <w:lang w:eastAsia="ja-JP"/>
        </w:rPr>
        <w:t>3. 暴力的要求行為、法的責任を超えた不当要求、脅迫的言動、風説の流布、偽計または威力を用いた信用毀損・業務妨害を行いません。</w:t>
      </w:r>
    </w:p>
    <w:p w14:paraId="73411604" w14:textId="77777777" w:rsidR="00193ED0" w:rsidRDefault="00193ED0" w:rsidP="003B4A6A">
      <w:pPr>
        <w:snapToGrid w:val="0"/>
        <w:spacing w:after="60" w:line="192" w:lineRule="auto"/>
        <w:rPr>
          <w:lang w:eastAsia="ja-JP"/>
        </w:rPr>
      </w:pPr>
      <w:r w:rsidRPr="00193ED0">
        <w:rPr>
          <w:sz w:val="19"/>
          <w:lang w:eastAsia="ja-JP"/>
        </w:rPr>
        <w:t>4. 主催者が必要と判断した場合、申込内容、本人確認、関係者確認、出店内容等について確認を受けることに同意します。</w:t>
      </w:r>
    </w:p>
    <w:p w14:paraId="22F6964F" w14:textId="77777777" w:rsidR="00193ED0" w:rsidRDefault="00193ED0" w:rsidP="003B4A6A">
      <w:pPr>
        <w:snapToGrid w:val="0"/>
        <w:spacing w:after="60" w:line="192" w:lineRule="auto"/>
        <w:rPr>
          <w:lang w:eastAsia="ja-JP"/>
        </w:rPr>
      </w:pPr>
      <w:r w:rsidRPr="00193ED0">
        <w:rPr>
          <w:sz w:val="19"/>
          <w:lang w:eastAsia="ja-JP"/>
        </w:rPr>
        <w:t>5. 本誓約に反する事実、虚偽申告、重大な疑義が判明した場合、主催者が出店の取消し、退去、以後の参加拒否等の措置を行うことに異議を申し立てません。</w:t>
      </w:r>
    </w:p>
    <w:p w14:paraId="68F11C1B" w14:textId="77777777" w:rsidR="00193ED0" w:rsidRDefault="00193ED0" w:rsidP="003B4A6A">
      <w:pPr>
        <w:snapToGrid w:val="0"/>
        <w:spacing w:after="60" w:line="192" w:lineRule="auto"/>
        <w:rPr>
          <w:lang w:eastAsia="ja-JP"/>
        </w:rPr>
      </w:pPr>
      <w:r w:rsidRPr="00193ED0">
        <w:rPr>
          <w:sz w:val="19"/>
          <w:lang w:eastAsia="ja-JP"/>
        </w:rPr>
        <w:t>6. 出店取消し等により損害が生じた場合であっても、主催者に対して補償・返金・損害賠償を請求しません。ただし、主催者に故意または重大な過失がある場合を除きます。</w:t>
      </w:r>
    </w:p>
    <w:p w14:paraId="04D0159F" w14:textId="77777777" w:rsidR="00193ED0" w:rsidRDefault="00193ED0" w:rsidP="003B4A6A">
      <w:pPr>
        <w:snapToGrid w:val="0"/>
        <w:spacing w:after="60" w:line="192" w:lineRule="auto"/>
        <w:rPr>
          <w:lang w:eastAsia="ja-JP"/>
        </w:rPr>
      </w:pPr>
      <w:r w:rsidRPr="00193ED0">
        <w:rPr>
          <w:sz w:val="19"/>
          <w:lang w:eastAsia="ja-JP"/>
        </w:rPr>
        <w:t>7. 本書に記載した情報は、本イベントの安全な運営、出店審査、関係機関への確認、トラブル対応の範囲で使用されることに同意します。</w:t>
      </w:r>
    </w:p>
    <w:p w14:paraId="1269D5FF" w14:textId="4B6C2899" w:rsidR="00193ED0" w:rsidRPr="00193ED0" w:rsidRDefault="00E97261" w:rsidP="00193ED0">
      <w:pPr>
        <w:spacing w:after="60" w:line="252" w:lineRule="auto"/>
        <w:rPr>
          <w:rFonts w:hint="eastAsia"/>
          <w:b/>
          <w:bCs/>
          <w:lang w:eastAsia="ja-JP"/>
        </w:rPr>
      </w:pPr>
      <w:r>
        <w:rPr>
          <w:rFonts w:hint="eastAsia"/>
          <w:b/>
          <w:bCs/>
          <w:lang w:eastAsia="ja-JP"/>
        </w:rPr>
        <w:t>本出店申込書と</w:t>
      </w:r>
      <w:r w:rsidR="00193ED0" w:rsidRPr="00193ED0">
        <w:rPr>
          <w:b/>
          <w:bCs/>
          <w:lang w:eastAsia="ja-JP"/>
        </w:rPr>
        <w:t>本人確認</w:t>
      </w:r>
      <w:r w:rsidR="00193ED0" w:rsidRPr="00193ED0">
        <w:rPr>
          <w:rFonts w:hint="eastAsia"/>
          <w:b/>
          <w:bCs/>
          <w:lang w:eastAsia="ja-JP"/>
        </w:rPr>
        <w:t>書類の</w:t>
      </w:r>
      <w:r w:rsidR="00193ED0">
        <w:rPr>
          <w:rFonts w:hint="eastAsia"/>
          <w:b/>
          <w:bCs/>
          <w:lang w:eastAsia="ja-JP"/>
        </w:rPr>
        <w:t>コピー</w:t>
      </w:r>
      <w:r w:rsidR="00193ED0" w:rsidRPr="00193ED0">
        <w:rPr>
          <w:rFonts w:hint="eastAsia"/>
          <w:b/>
          <w:bCs/>
          <w:lang w:eastAsia="ja-JP"/>
        </w:rPr>
        <w:t>（</w:t>
      </w:r>
      <w:r w:rsidR="00193ED0" w:rsidRPr="00193ED0">
        <w:rPr>
          <w:b/>
          <w:bCs/>
          <w:lang w:eastAsia="ja-JP"/>
        </w:rPr>
        <w:t xml:space="preserve">□ 運転免許証　□ マイナンバーカード　□ 法人登記等　□ その他（　　</w:t>
      </w:r>
      <w:r>
        <w:rPr>
          <w:rFonts w:hint="eastAsia"/>
          <w:b/>
          <w:bCs/>
          <w:lang w:eastAsia="ja-JP"/>
        </w:rPr>
        <w:t xml:space="preserve">　　　　　</w:t>
      </w:r>
      <w:r w:rsidR="00193ED0" w:rsidRPr="00193ED0">
        <w:rPr>
          <w:b/>
          <w:bCs/>
          <w:lang w:eastAsia="ja-JP"/>
        </w:rPr>
        <w:t>）</w:t>
      </w:r>
      <w:r w:rsidR="00193ED0" w:rsidRPr="00193ED0">
        <w:rPr>
          <w:rFonts w:hint="eastAsia"/>
          <w:b/>
          <w:bCs/>
          <w:lang w:eastAsia="ja-JP"/>
        </w:rPr>
        <w:t>）</w:t>
      </w:r>
      <w:r>
        <w:rPr>
          <w:rFonts w:hint="eastAsia"/>
          <w:b/>
          <w:bCs/>
          <w:lang w:eastAsia="ja-JP"/>
        </w:rPr>
        <w:t>の</w:t>
      </w:r>
      <w:r w:rsidRPr="00193ED0">
        <w:rPr>
          <w:rFonts w:hint="eastAsia"/>
          <w:b/>
          <w:bCs/>
          <w:lang w:eastAsia="ja-JP"/>
        </w:rPr>
        <w:t>提出</w:t>
      </w:r>
      <w:r w:rsidR="00193ED0">
        <w:rPr>
          <w:rFonts w:hint="eastAsia"/>
          <w:b/>
          <w:bCs/>
          <w:lang w:eastAsia="ja-JP"/>
        </w:rPr>
        <w:t>をお願いいたします。</w:t>
      </w:r>
    </w:p>
    <w:p w14:paraId="7F57376D" w14:textId="60FC2907" w:rsidR="006E5167" w:rsidRDefault="003B2072" w:rsidP="006E5167">
      <w:pPr>
        <w:pStyle w:val="21"/>
        <w:spacing w:before="160" w:after="80"/>
        <w:rPr>
          <w:lang w:eastAsia="ja-JP"/>
        </w:rPr>
      </w:pPr>
      <w:r>
        <w:rPr>
          <w:rFonts w:ascii="Yu Gothic" w:eastAsia="Yu Gothic" w:hAnsi="Yu Gothic" w:hint="eastAsia"/>
          <w:noProof/>
          <w:sz w:val="24"/>
          <w:lang w:eastAsia="ja-JP"/>
        </w:rPr>
        <mc:AlternateContent>
          <mc:Choice Requires="wps">
            <w:drawing>
              <wp:anchor distT="0" distB="0" distL="114300" distR="114300" simplePos="0" relativeHeight="251659264" behindDoc="0" locked="0" layoutInCell="1" allowOverlap="1" wp14:anchorId="44BECCB1" wp14:editId="2F44F613">
                <wp:simplePos x="0" y="0"/>
                <wp:positionH relativeFrom="column">
                  <wp:posOffset>3337560</wp:posOffset>
                </wp:positionH>
                <wp:positionV relativeFrom="paragraph">
                  <wp:posOffset>107950</wp:posOffset>
                </wp:positionV>
                <wp:extent cx="3086280" cy="1642680"/>
                <wp:effectExtent l="0" t="0" r="19050" b="15240"/>
                <wp:wrapNone/>
                <wp:docPr id="1831223033" name="テキスト ボックス 1"/>
                <wp:cNvGraphicFramePr/>
                <a:graphic xmlns:a="http://schemas.openxmlformats.org/drawingml/2006/main">
                  <a:graphicData uri="http://schemas.microsoft.com/office/word/2010/wordprocessingShape">
                    <wps:wsp>
                      <wps:cNvSpPr txBox="1"/>
                      <wps:spPr>
                        <a:xfrm>
                          <a:off x="0" y="0"/>
                          <a:ext cx="3086280" cy="1642680"/>
                        </a:xfrm>
                        <a:prstGeom prst="rect">
                          <a:avLst/>
                        </a:prstGeom>
                        <a:solidFill>
                          <a:schemeClr val="lt1"/>
                        </a:solidFill>
                        <a:ln w="6350">
                          <a:solidFill>
                            <a:prstClr val="black"/>
                          </a:solidFill>
                        </a:ln>
                      </wps:spPr>
                      <wps:txbx>
                        <w:txbxContent>
                          <w:p w14:paraId="06D1A8C5" w14:textId="5E35D83D" w:rsidR="003B2072" w:rsidRDefault="003B2072" w:rsidP="003B4A6A">
                            <w:pPr>
                              <w:snapToGrid w:val="0"/>
                              <w:spacing w:beforeLines="50" w:before="120" w:line="180" w:lineRule="auto"/>
                              <w:ind w:leftChars="50" w:left="105"/>
                              <w:rPr>
                                <w:lang w:eastAsia="ja-JP"/>
                              </w:rPr>
                            </w:pPr>
                            <w:r>
                              <w:rPr>
                                <w:rFonts w:hint="eastAsia"/>
                                <w:lang w:eastAsia="ja-JP"/>
                              </w:rPr>
                              <w:t>出店料振込先</w:t>
                            </w:r>
                          </w:p>
                          <w:p w14:paraId="2BDBE73E" w14:textId="1FD5EDA8" w:rsidR="003B2072" w:rsidRPr="002B6A22" w:rsidRDefault="003B2072" w:rsidP="002B6A22">
                            <w:pPr>
                              <w:snapToGrid w:val="0"/>
                              <w:spacing w:line="180" w:lineRule="auto"/>
                              <w:ind w:leftChars="50" w:left="105"/>
                              <w:jc w:val="center"/>
                              <w:rPr>
                                <w:b/>
                                <w:bCs/>
                                <w:lang w:eastAsia="ja-JP"/>
                              </w:rPr>
                            </w:pPr>
                            <w:r w:rsidRPr="002B6A22">
                              <w:rPr>
                                <w:rFonts w:hint="eastAsia"/>
                                <w:b/>
                                <w:bCs/>
                                <w:lang w:eastAsia="ja-JP"/>
                              </w:rPr>
                              <w:t>〇〇銀行　○○支店　普通0000000</w:t>
                            </w:r>
                          </w:p>
                          <w:p w14:paraId="5D87EE8E" w14:textId="12138FDE" w:rsidR="003B2072" w:rsidRPr="003B4A6A" w:rsidRDefault="003B2072" w:rsidP="003B4A6A">
                            <w:pPr>
                              <w:snapToGrid w:val="0"/>
                              <w:spacing w:line="180" w:lineRule="auto"/>
                              <w:ind w:leftChars="50" w:left="105" w:firstLineChars="300" w:firstLine="630"/>
                              <w:rPr>
                                <w:b/>
                                <w:bCs/>
                                <w:lang w:eastAsia="ja-JP"/>
                              </w:rPr>
                            </w:pPr>
                            <w:r w:rsidRPr="003B4A6A">
                              <w:rPr>
                                <w:rFonts w:hint="eastAsia"/>
                                <w:b/>
                                <w:bCs/>
                                <w:lang w:eastAsia="ja-JP"/>
                              </w:rPr>
                              <w:t>ナマエ</w:t>
                            </w:r>
                          </w:p>
                          <w:p w14:paraId="21EA4C22" w14:textId="08B6123A" w:rsidR="003B2072" w:rsidRDefault="003B2072" w:rsidP="002B6A22">
                            <w:pPr>
                              <w:snapToGrid w:val="0"/>
                              <w:spacing w:line="180" w:lineRule="auto"/>
                              <w:ind w:leftChars="50" w:left="105"/>
                              <w:rPr>
                                <w:lang w:eastAsia="ja-JP"/>
                              </w:rPr>
                            </w:pPr>
                            <w:r>
                              <w:rPr>
                                <w:rFonts w:hint="eastAsia"/>
                                <w:lang w:eastAsia="ja-JP"/>
                              </w:rPr>
                              <w:t>もしくは、稲荷温泉にて</w:t>
                            </w:r>
                            <w:r w:rsidR="002B6A22">
                              <w:rPr>
                                <w:rFonts w:hint="eastAsia"/>
                                <w:lang w:eastAsia="ja-JP"/>
                              </w:rPr>
                              <w:t>お</w:t>
                            </w:r>
                            <w:r>
                              <w:rPr>
                                <w:rFonts w:hint="eastAsia"/>
                                <w:lang w:eastAsia="ja-JP"/>
                              </w:rPr>
                              <w:t>支払い</w:t>
                            </w:r>
                            <w:r w:rsidR="002B6A22">
                              <w:rPr>
                                <w:rFonts w:hint="eastAsia"/>
                                <w:lang w:eastAsia="ja-JP"/>
                              </w:rPr>
                              <w:t>ください。</w:t>
                            </w:r>
                          </w:p>
                          <w:p w14:paraId="39E16F2D" w14:textId="1016A505" w:rsidR="002B6A22" w:rsidRPr="003B2072" w:rsidRDefault="002B6A22" w:rsidP="002B6A22">
                            <w:pPr>
                              <w:snapToGrid w:val="0"/>
                              <w:spacing w:line="180" w:lineRule="auto"/>
                              <w:ind w:leftChars="50" w:left="105"/>
                              <w:jc w:val="center"/>
                              <w:rPr>
                                <w:rFonts w:hint="eastAsia"/>
                                <w:lang w:eastAsia="ja-JP"/>
                              </w:rPr>
                            </w:pPr>
                            <w:r>
                              <w:rPr>
                                <w:rFonts w:hint="eastAsia"/>
                                <w:lang w:eastAsia="ja-JP"/>
                              </w:rPr>
                              <w:t>払込締め切り　１０月１０日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ECCB1" id="_x0000_t202" coordsize="21600,21600" o:spt="202" path="m,l,21600r21600,l21600,xe">
                <v:stroke joinstyle="miter"/>
                <v:path gradientshapeok="t" o:connecttype="rect"/>
              </v:shapetype>
              <v:shape id="テキスト ボックス 1" o:spid="_x0000_s1026" type="#_x0000_t202" style="position:absolute;margin-left:262.8pt;margin-top:8.5pt;width:243pt;height:1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" fillcolor="white [3201]" strokeweight=".5pt">
                <v:textbox>
                  <w:txbxContent>
                    <w:p w14:paraId="06D1A8C5" w14:textId="5E35D83D" w:rsidR="003B2072" w:rsidRDefault="003B2072" w:rsidP="003B4A6A">
                      <w:pPr>
                        <w:snapToGrid w:val="0"/>
                        <w:spacing w:beforeLines="50" w:before="120" w:line="180" w:lineRule="auto"/>
                        <w:ind w:leftChars="50" w:left="105"/>
                        <w:rPr>
                          <w:lang w:eastAsia="ja-JP"/>
                        </w:rPr>
                      </w:pPr>
                      <w:r>
                        <w:rPr>
                          <w:rFonts w:hint="eastAsia"/>
                          <w:lang w:eastAsia="ja-JP"/>
                        </w:rPr>
                        <w:t>出店料振込先</w:t>
                      </w:r>
                    </w:p>
                    <w:p w14:paraId="2BDBE73E" w14:textId="1FD5EDA8" w:rsidR="003B2072" w:rsidRPr="002B6A22" w:rsidRDefault="003B2072" w:rsidP="002B6A22">
                      <w:pPr>
                        <w:snapToGrid w:val="0"/>
                        <w:spacing w:line="180" w:lineRule="auto"/>
                        <w:ind w:leftChars="50" w:left="105"/>
                        <w:jc w:val="center"/>
                        <w:rPr>
                          <w:b/>
                          <w:bCs/>
                          <w:lang w:eastAsia="ja-JP"/>
                        </w:rPr>
                      </w:pPr>
                      <w:r w:rsidRPr="002B6A22">
                        <w:rPr>
                          <w:rFonts w:hint="eastAsia"/>
                          <w:b/>
                          <w:bCs/>
                          <w:lang w:eastAsia="ja-JP"/>
                        </w:rPr>
                        <w:t>〇〇銀行　○○支店　普通0000000</w:t>
                      </w:r>
                    </w:p>
                    <w:p w14:paraId="5D87EE8E" w14:textId="12138FDE" w:rsidR="003B2072" w:rsidRPr="003B4A6A" w:rsidRDefault="003B2072" w:rsidP="003B4A6A">
                      <w:pPr>
                        <w:snapToGrid w:val="0"/>
                        <w:spacing w:line="180" w:lineRule="auto"/>
                        <w:ind w:leftChars="50" w:left="105" w:firstLineChars="300" w:firstLine="630"/>
                        <w:rPr>
                          <w:b/>
                          <w:bCs/>
                          <w:lang w:eastAsia="ja-JP"/>
                        </w:rPr>
                      </w:pPr>
                      <w:r w:rsidRPr="003B4A6A">
                        <w:rPr>
                          <w:rFonts w:hint="eastAsia"/>
                          <w:b/>
                          <w:bCs/>
                          <w:lang w:eastAsia="ja-JP"/>
                        </w:rPr>
                        <w:t>ナマエ</w:t>
                      </w:r>
                    </w:p>
                    <w:p w14:paraId="21EA4C22" w14:textId="08B6123A" w:rsidR="003B2072" w:rsidRDefault="003B2072" w:rsidP="002B6A22">
                      <w:pPr>
                        <w:snapToGrid w:val="0"/>
                        <w:spacing w:line="180" w:lineRule="auto"/>
                        <w:ind w:leftChars="50" w:left="105"/>
                        <w:rPr>
                          <w:lang w:eastAsia="ja-JP"/>
                        </w:rPr>
                      </w:pPr>
                      <w:r>
                        <w:rPr>
                          <w:rFonts w:hint="eastAsia"/>
                          <w:lang w:eastAsia="ja-JP"/>
                        </w:rPr>
                        <w:t>もしくは、稲荷温泉にて</w:t>
                      </w:r>
                      <w:r w:rsidR="002B6A22">
                        <w:rPr>
                          <w:rFonts w:hint="eastAsia"/>
                          <w:lang w:eastAsia="ja-JP"/>
                        </w:rPr>
                        <w:t>お</w:t>
                      </w:r>
                      <w:r>
                        <w:rPr>
                          <w:rFonts w:hint="eastAsia"/>
                          <w:lang w:eastAsia="ja-JP"/>
                        </w:rPr>
                        <w:t>支払い</w:t>
                      </w:r>
                      <w:r w:rsidR="002B6A22">
                        <w:rPr>
                          <w:rFonts w:hint="eastAsia"/>
                          <w:lang w:eastAsia="ja-JP"/>
                        </w:rPr>
                        <w:t>ください。</w:t>
                      </w:r>
                    </w:p>
                    <w:p w14:paraId="39E16F2D" w14:textId="1016A505" w:rsidR="002B6A22" w:rsidRPr="003B2072" w:rsidRDefault="002B6A22" w:rsidP="002B6A22">
                      <w:pPr>
                        <w:snapToGrid w:val="0"/>
                        <w:spacing w:line="180" w:lineRule="auto"/>
                        <w:ind w:leftChars="50" w:left="105"/>
                        <w:jc w:val="center"/>
                        <w:rPr>
                          <w:rFonts w:hint="eastAsia"/>
                          <w:lang w:eastAsia="ja-JP"/>
                        </w:rPr>
                      </w:pPr>
                      <w:r>
                        <w:rPr>
                          <w:rFonts w:hint="eastAsia"/>
                          <w:lang w:eastAsia="ja-JP"/>
                        </w:rPr>
                        <w:t>払込締め切り　１０月１０日</w:t>
                      </w:r>
                    </w:p>
                  </w:txbxContent>
                </v:textbox>
              </v:shape>
            </w:pict>
          </mc:Fallback>
        </mc:AlternateContent>
      </w:r>
      <w:r w:rsidR="006E5167">
        <w:rPr>
          <w:rFonts w:ascii="Yu Gothic" w:eastAsia="Yu Gothic" w:hAnsi="Yu Gothic" w:hint="eastAsia"/>
          <w:sz w:val="24"/>
          <w:lang w:eastAsia="ja-JP"/>
        </w:rPr>
        <w:t>4</w:t>
      </w:r>
      <w:r w:rsidR="006E5167">
        <w:rPr>
          <w:rFonts w:ascii="Yu Gothic" w:eastAsia="Yu Gothic" w:hAnsi="Yu Gothic"/>
          <w:sz w:val="24"/>
          <w:lang w:eastAsia="ja-JP"/>
        </w:rPr>
        <w:t xml:space="preserve">　</w:t>
      </w:r>
      <w:r w:rsidR="006E5167">
        <w:rPr>
          <w:rFonts w:ascii="Yu Gothic" w:eastAsia="Yu Gothic" w:hAnsi="Yu Gothic" w:hint="eastAsia"/>
          <w:sz w:val="24"/>
          <w:lang w:eastAsia="ja-JP"/>
        </w:rPr>
        <w:t>署名欄</w:t>
      </w:r>
    </w:p>
    <w:p w14:paraId="2EDC4F5C" w14:textId="77777777" w:rsidR="006E5167" w:rsidRDefault="006E5167" w:rsidP="006E5167">
      <w:pPr>
        <w:rPr>
          <w:szCs w:val="21"/>
          <w:lang w:eastAsia="ja-JP"/>
          <w14:ligatures w14:val="standardContextual"/>
        </w:rPr>
      </w:pPr>
      <w:r>
        <w:rPr>
          <w:rFonts w:hint="eastAsia"/>
          <w:lang w:eastAsia="ja-JP"/>
        </w:rPr>
        <w:t>上記内容を確認し、出店を申し込みます。</w:t>
      </w:r>
    </w:p>
    <w:p w14:paraId="54DD482C" w14:textId="77777777" w:rsidR="006E5167" w:rsidRDefault="006E5167" w:rsidP="006E5167">
      <w:pPr>
        <w:rPr>
          <w:szCs w:val="21"/>
          <w14:ligatures w14:val="standardContextual"/>
        </w:rPr>
      </w:pPr>
      <w:proofErr w:type="spellStart"/>
      <w:r>
        <w:rPr>
          <w:rFonts w:hint="eastAsia"/>
        </w:rPr>
        <w:t>令和</w:t>
      </w:r>
      <w:proofErr w:type="spellEnd"/>
      <w:r>
        <w:rPr>
          <w:rFonts w:hint="eastAsia"/>
        </w:rPr>
        <w:t xml:space="preserve">　　年　　月　　日</w:t>
      </w:r>
    </w:p>
    <w:p w14:paraId="4826B253" w14:textId="77777777" w:rsidR="006E5167" w:rsidRDefault="006E5167" w:rsidP="006E5167">
      <w:pPr>
        <w:rPr>
          <w:szCs w:val="21"/>
          <w:lang w:eastAsia="ja-JP"/>
          <w14:ligatures w14:val="standardContextual"/>
        </w:rPr>
      </w:pPr>
      <w:r>
        <w:rPr>
          <w:rFonts w:hint="eastAsia"/>
          <w:lang w:eastAsia="ja-JP"/>
        </w:rPr>
        <w:t xml:space="preserve">出店者名・団体名：　　　　　　　　　　　　　　　</w:t>
      </w:r>
    </w:p>
    <w:p w14:paraId="0F93FB0A" w14:textId="77777777" w:rsidR="006E5167" w:rsidRDefault="006E5167" w:rsidP="006E5167">
      <w:pPr>
        <w:rPr>
          <w:lang w:eastAsia="ja-JP"/>
        </w:rPr>
      </w:pPr>
      <w:proofErr w:type="spellStart"/>
      <w:r>
        <w:rPr>
          <w:rFonts w:hint="eastAsia"/>
        </w:rPr>
        <w:t>代表者氏名</w:t>
      </w:r>
      <w:proofErr w:type="spellEnd"/>
      <w:r>
        <w:rPr>
          <w:rFonts w:hint="eastAsia"/>
        </w:rPr>
        <w:t>：　　　　　　　　　　　　　　　印</w:t>
      </w:r>
    </w:p>
    <w:p w14:paraId="0AA2F887" w14:textId="1C82EBD2" w:rsidR="002B6A22" w:rsidRDefault="002B6A22" w:rsidP="002B6A22">
      <w:pPr>
        <w:snapToGrid w:val="0"/>
        <w:spacing w:line="180" w:lineRule="auto"/>
        <w:jc w:val="center"/>
        <w:rPr>
          <w:b/>
          <w:bCs/>
          <w:lang w:eastAsia="ja-JP"/>
        </w:rPr>
      </w:pPr>
      <w:r w:rsidRPr="002B6A22">
        <w:rPr>
          <w:rFonts w:hint="eastAsia"/>
          <w:b/>
          <w:bCs/>
          <w:lang w:eastAsia="ja-JP"/>
        </w:rPr>
        <w:t>郵送先：〒509-6103　岐阜県瑞浪市稲津町小里555　稲荷温泉</w:t>
      </w:r>
    </w:p>
    <w:p w14:paraId="4A754A1C" w14:textId="4FDC6DD5" w:rsidR="002B6A22" w:rsidRPr="002B6A22" w:rsidRDefault="002B6A22" w:rsidP="002B6A22">
      <w:pPr>
        <w:snapToGrid w:val="0"/>
        <w:spacing w:line="180" w:lineRule="auto"/>
        <w:jc w:val="center"/>
        <w:rPr>
          <w:rFonts w:hint="eastAsia"/>
          <w:b/>
          <w:bCs/>
          <w:szCs w:val="21"/>
          <w:lang w:eastAsia="ja-JP"/>
          <w14:ligatures w14:val="standardContextual"/>
        </w:rPr>
      </w:pPr>
      <w:r>
        <w:rPr>
          <w:rFonts w:hint="eastAsia"/>
          <w:b/>
          <w:bCs/>
          <w:lang w:eastAsia="ja-JP"/>
        </w:rPr>
        <w:t>申込締め切り2026年９月３０まで</w:t>
      </w:r>
    </w:p>
    <w:sectPr w:rsidR="002B6A22" w:rsidRPr="002B6A22" w:rsidSect="00193ED0">
      <w:pgSz w:w="11906" w:h="16838" w:code="9"/>
      <w:pgMar w:top="794" w:right="850" w:bottom="794"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4653" w14:textId="77777777" w:rsidR="00E96DD0" w:rsidRDefault="00E96DD0">
      <w:pPr>
        <w:spacing w:after="0" w:line="240" w:lineRule="auto"/>
      </w:pPr>
      <w:r>
        <w:separator/>
      </w:r>
    </w:p>
  </w:endnote>
  <w:endnote w:type="continuationSeparator" w:id="0">
    <w:p w14:paraId="6A4C07E1" w14:textId="77777777" w:rsidR="00E96DD0" w:rsidRDefault="00E9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91D1" w14:textId="77777777" w:rsidR="00E96DD0" w:rsidRDefault="00E96DD0">
      <w:pPr>
        <w:spacing w:after="0" w:line="240" w:lineRule="auto"/>
      </w:pPr>
      <w:r>
        <w:separator/>
      </w:r>
    </w:p>
  </w:footnote>
  <w:footnote w:type="continuationSeparator" w:id="0">
    <w:p w14:paraId="5C12DC9B" w14:textId="77777777" w:rsidR="00E96DD0" w:rsidRDefault="00E96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F7B34F0"/>
    <w:multiLevelType w:val="hybridMultilevel"/>
    <w:tmpl w:val="4DDA22C0"/>
    <w:lvl w:ilvl="0" w:tplc="3AE6D1BA">
      <w:start w:val="3"/>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61787492">
    <w:abstractNumId w:val="8"/>
  </w:num>
  <w:num w:numId="2" w16cid:durableId="184054519">
    <w:abstractNumId w:val="6"/>
  </w:num>
  <w:num w:numId="3" w16cid:durableId="147791134">
    <w:abstractNumId w:val="5"/>
  </w:num>
  <w:num w:numId="4" w16cid:durableId="1697266126">
    <w:abstractNumId w:val="4"/>
  </w:num>
  <w:num w:numId="5" w16cid:durableId="1956057183">
    <w:abstractNumId w:val="7"/>
  </w:num>
  <w:num w:numId="6" w16cid:durableId="956987582">
    <w:abstractNumId w:val="3"/>
  </w:num>
  <w:num w:numId="7" w16cid:durableId="157695557">
    <w:abstractNumId w:val="2"/>
  </w:num>
  <w:num w:numId="8" w16cid:durableId="1560365752">
    <w:abstractNumId w:val="1"/>
  </w:num>
  <w:num w:numId="9" w16cid:durableId="1243100512">
    <w:abstractNumId w:val="0"/>
  </w:num>
  <w:num w:numId="10" w16cid:durableId="569192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001"/>
    <w:rsid w:val="0001690F"/>
    <w:rsid w:val="00034616"/>
    <w:rsid w:val="0006063C"/>
    <w:rsid w:val="0015074B"/>
    <w:rsid w:val="00193ED0"/>
    <w:rsid w:val="0029639D"/>
    <w:rsid w:val="002B6A22"/>
    <w:rsid w:val="00326F90"/>
    <w:rsid w:val="00356A13"/>
    <w:rsid w:val="003B2072"/>
    <w:rsid w:val="003B4A6A"/>
    <w:rsid w:val="003B4B75"/>
    <w:rsid w:val="00606C9E"/>
    <w:rsid w:val="006E5167"/>
    <w:rsid w:val="008D430B"/>
    <w:rsid w:val="00AA1D8D"/>
    <w:rsid w:val="00B47730"/>
    <w:rsid w:val="00CB0664"/>
    <w:rsid w:val="00E96DD0"/>
    <w:rsid w:val="00E97261"/>
    <w:rsid w:val="00F75753"/>
    <w:rsid w:val="00FB10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F07206F"/>
  <w14:defaultImageDpi w14:val="300"/>
  <w15:docId w15:val="{4620018D-6A0F-4FE8-BFD5-A772BAFC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93ED0"/>
    <w:rPr>
      <w:rFonts w:ascii="Yu Gothic" w:eastAsia="Yu Gothic" w:hAnsi="Yu Gothic"/>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1059</Words>
  <Characters>1091</Characters>
  <Application>Microsoft Office Word</Application>
  <DocSecurity>0</DocSecurity>
  <Lines>136</Lines>
  <Paragraphs>214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nor and</cp:lastModifiedBy>
  <cp:revision>2</cp:revision>
  <dcterms:created xsi:type="dcterms:W3CDTF">2026-06-16T08:58:00Z</dcterms:created>
  <dcterms:modified xsi:type="dcterms:W3CDTF">2026-06-16T08:58:00Z</dcterms:modified>
  <cp:category/>
</cp:coreProperties>
</file>