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3A6E9" w14:textId="78DF5E87" w:rsidR="00E1185F" w:rsidRDefault="00000000" w:rsidP="005F2D3F">
      <w:pPr>
        <w:snapToGrid w:val="0"/>
        <w:spacing w:line="240" w:lineRule="atLeast"/>
        <w:jc w:val="center"/>
        <w:rPr>
          <w:lang w:eastAsia="ja-JP"/>
        </w:rPr>
      </w:pPr>
      <w:r>
        <w:rPr>
          <w:b/>
          <w:color w:val="5A2600"/>
          <w:sz w:val="34"/>
          <w:lang w:eastAsia="ja-JP"/>
        </w:rPr>
        <w:t>稲荷コンコン秋祭り ～狐の嫁入り行列～</w:t>
      </w:r>
      <w:r w:rsidR="004A246C">
        <w:rPr>
          <w:rFonts w:hint="eastAsia"/>
          <w:b/>
          <w:color w:val="5A2600"/>
          <w:sz w:val="34"/>
          <w:lang w:eastAsia="ja-JP"/>
        </w:rPr>
        <w:t xml:space="preserve">　</w:t>
      </w:r>
      <w:r>
        <w:rPr>
          <w:b/>
          <w:color w:val="8A3B00"/>
          <w:sz w:val="44"/>
          <w:lang w:eastAsia="ja-JP"/>
        </w:rPr>
        <w:t>協賛申込書</w:t>
      </w:r>
    </w:p>
    <w:p w14:paraId="15A71782" w14:textId="77777777" w:rsidR="00E1185F" w:rsidRDefault="00000000" w:rsidP="005F2D3F">
      <w:pPr>
        <w:snapToGrid w:val="0"/>
        <w:spacing w:line="240" w:lineRule="atLeast"/>
        <w:jc w:val="right"/>
      </w:pPr>
      <w:proofErr w:type="spellStart"/>
      <w:r>
        <w:t>申込日</w:t>
      </w:r>
      <w:proofErr w:type="spellEnd"/>
      <w:r>
        <w:t xml:space="preserve">　</w:t>
      </w:r>
      <w:proofErr w:type="spellStart"/>
      <w:r>
        <w:t>令和</w:t>
      </w:r>
      <w:proofErr w:type="spellEnd"/>
      <w:r>
        <w:t xml:space="preserve">　　　年　　　月　　　日</w:t>
      </w:r>
    </w:p>
    <w:p w14:paraId="52E392A5" w14:textId="086B4DDC" w:rsidR="00E1185F" w:rsidRDefault="00000000" w:rsidP="005F2D3F">
      <w:pPr>
        <w:pBdr>
          <w:bottom w:val="single" w:sz="12" w:space="0" w:color="8A3B00"/>
        </w:pBdr>
        <w:shd w:val="clear" w:color="auto" w:fill="F7E3B5"/>
        <w:snapToGrid w:val="0"/>
        <w:spacing w:before="160" w:after="120" w:line="240" w:lineRule="atLeast"/>
        <w:ind w:firstLineChars="200" w:firstLine="420"/>
        <w:rPr>
          <w:lang w:eastAsia="ja-JP"/>
        </w:rPr>
      </w:pPr>
      <w:r>
        <w:rPr>
          <w:lang w:eastAsia="ja-JP"/>
        </w:rPr>
        <w:t>本イベントの趣旨に賛同し、下記のとおり協賛を申し込みます。</w:t>
      </w:r>
    </w:p>
    <w:p w14:paraId="7F7D95FC" w14:textId="77777777" w:rsidR="00E1185F" w:rsidRDefault="00000000" w:rsidP="005F2D3F">
      <w:pPr>
        <w:pBdr>
          <w:bottom w:val="single" w:sz="12" w:space="4" w:color="8A3B00"/>
        </w:pBdr>
        <w:shd w:val="clear" w:color="auto" w:fill="F7E3B5"/>
        <w:snapToGrid w:val="0"/>
        <w:spacing w:before="160" w:after="0" w:line="240" w:lineRule="atLeast"/>
      </w:pPr>
      <w:proofErr w:type="spellStart"/>
      <w:r>
        <w:rPr>
          <w:b/>
          <w:color w:val="5A2600"/>
          <w:sz w:val="26"/>
        </w:rPr>
        <w:t>協賛内容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2973"/>
        <w:gridCol w:w="1704"/>
        <w:gridCol w:w="3396"/>
      </w:tblGrid>
      <w:tr w:rsidR="00E1185F" w14:paraId="478364CC" w14:textId="77777777" w:rsidTr="004A246C">
        <w:trPr>
          <w:jc w:val="center"/>
        </w:trPr>
        <w:tc>
          <w:tcPr>
            <w:tcW w:w="2127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shd w:val="clear" w:color="auto" w:fill="FFF2D8"/>
            <w:vAlign w:val="center"/>
          </w:tcPr>
          <w:p w14:paraId="0FEFE0C8" w14:textId="77777777" w:rsidR="00E1185F" w:rsidRDefault="00000000" w:rsidP="005F2D3F">
            <w:pPr>
              <w:snapToGrid w:val="0"/>
              <w:spacing w:after="0" w:line="240" w:lineRule="atLeast"/>
              <w:jc w:val="center"/>
            </w:pPr>
            <w:proofErr w:type="spellStart"/>
            <w:r>
              <w:rPr>
                <w:b/>
                <w:color w:val="5A2600"/>
              </w:rPr>
              <w:t>協賛口数</w:t>
            </w:r>
            <w:proofErr w:type="spellEnd"/>
          </w:p>
        </w:tc>
        <w:tc>
          <w:tcPr>
            <w:tcW w:w="2973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vAlign w:val="center"/>
          </w:tcPr>
          <w:p w14:paraId="008F126E" w14:textId="062148CD" w:rsidR="00E1185F" w:rsidRDefault="00000000" w:rsidP="005F2D3F">
            <w:pPr>
              <w:snapToGrid w:val="0"/>
              <w:spacing w:line="240" w:lineRule="atLeast"/>
            </w:pPr>
            <w:r>
              <w:rPr>
                <w:sz w:val="22"/>
              </w:rPr>
              <w:t xml:space="preserve">　　　　　</w:t>
            </w:r>
            <w:r w:rsidR="007C0235">
              <w:rPr>
                <w:rFonts w:hint="eastAsia"/>
                <w:sz w:val="22"/>
                <w:lang w:eastAsia="ja-JP"/>
              </w:rPr>
              <w:t xml:space="preserve">　　　</w:t>
            </w:r>
            <w:r w:rsidR="004A246C">
              <w:rPr>
                <w:rFonts w:hint="eastAsia"/>
                <w:sz w:val="22"/>
                <w:lang w:eastAsia="ja-JP"/>
              </w:rPr>
              <w:t xml:space="preserve">   </w:t>
            </w:r>
            <w:r>
              <w:rPr>
                <w:sz w:val="22"/>
              </w:rPr>
              <w:t>口</w:t>
            </w:r>
          </w:p>
        </w:tc>
        <w:tc>
          <w:tcPr>
            <w:tcW w:w="1704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shd w:val="clear" w:color="auto" w:fill="FFF2D8"/>
            <w:vAlign w:val="center"/>
          </w:tcPr>
          <w:p w14:paraId="0BC2BB2A" w14:textId="77777777" w:rsidR="00E1185F" w:rsidRDefault="00000000" w:rsidP="005F2D3F">
            <w:pPr>
              <w:snapToGrid w:val="0"/>
              <w:spacing w:after="0" w:line="240" w:lineRule="atLeast"/>
              <w:jc w:val="center"/>
            </w:pPr>
            <w:r>
              <w:rPr>
                <w:b/>
                <w:color w:val="5A2600"/>
              </w:rPr>
              <w:t>協賛金額</w:t>
            </w:r>
          </w:p>
        </w:tc>
        <w:tc>
          <w:tcPr>
            <w:tcW w:w="3396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vAlign w:val="center"/>
          </w:tcPr>
          <w:p w14:paraId="4892EC63" w14:textId="54B7A3E6" w:rsidR="00E1185F" w:rsidRDefault="00000000" w:rsidP="005F2D3F">
            <w:pPr>
              <w:snapToGrid w:val="0"/>
              <w:spacing w:line="240" w:lineRule="atLeast"/>
            </w:pPr>
            <w:r>
              <w:rPr>
                <w:sz w:val="22"/>
              </w:rPr>
              <w:t xml:space="preserve">金　　　　　　　</w:t>
            </w:r>
            <w:r w:rsidR="007C0235">
              <w:rPr>
                <w:rFonts w:hint="eastAsia"/>
                <w:sz w:val="22"/>
                <w:lang w:eastAsia="ja-JP"/>
              </w:rPr>
              <w:t xml:space="preserve">　</w:t>
            </w:r>
            <w:r w:rsidR="004A246C">
              <w:rPr>
                <w:rFonts w:hint="eastAsia"/>
                <w:sz w:val="22"/>
                <w:lang w:eastAsia="ja-JP"/>
              </w:rPr>
              <w:t xml:space="preserve">　　　　</w:t>
            </w:r>
            <w:r>
              <w:rPr>
                <w:sz w:val="22"/>
              </w:rPr>
              <w:t>円</w:t>
            </w:r>
          </w:p>
        </w:tc>
      </w:tr>
      <w:tr w:rsidR="00E1185F" w14:paraId="30942AE8" w14:textId="77777777" w:rsidTr="005F2D3F">
        <w:trPr>
          <w:trHeight w:val="275"/>
          <w:jc w:val="center"/>
        </w:trPr>
        <w:tc>
          <w:tcPr>
            <w:tcW w:w="10200" w:type="dxa"/>
            <w:gridSpan w:val="4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vAlign w:val="center"/>
          </w:tcPr>
          <w:p w14:paraId="16BECB91" w14:textId="77777777" w:rsidR="00E1185F" w:rsidRDefault="00000000" w:rsidP="005F2D3F">
            <w:pPr>
              <w:snapToGrid w:val="0"/>
              <w:spacing w:after="0" w:line="240" w:lineRule="atLeast"/>
              <w:rPr>
                <w:lang w:eastAsia="ja-JP"/>
              </w:rPr>
            </w:pPr>
            <w:r>
              <w:rPr>
                <w:sz w:val="19"/>
                <w:lang w:eastAsia="ja-JP"/>
              </w:rPr>
              <w:t>※協賛金は1口 5,000円です。複数口でのお申し込みも可能です。</w:t>
            </w:r>
          </w:p>
        </w:tc>
      </w:tr>
    </w:tbl>
    <w:p w14:paraId="00FE9F79" w14:textId="77777777" w:rsidR="00E1185F" w:rsidRDefault="00000000" w:rsidP="005F2D3F">
      <w:pPr>
        <w:pBdr>
          <w:bottom w:val="single" w:sz="12" w:space="4" w:color="8A3B00"/>
        </w:pBdr>
        <w:shd w:val="clear" w:color="auto" w:fill="F7E3B5"/>
        <w:snapToGrid w:val="0"/>
        <w:spacing w:before="160" w:after="0" w:line="240" w:lineRule="atLeast"/>
      </w:pPr>
      <w:proofErr w:type="spellStart"/>
      <w:r>
        <w:rPr>
          <w:b/>
          <w:color w:val="5A2600"/>
          <w:sz w:val="26"/>
        </w:rPr>
        <w:t>申込者情報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10"/>
        <w:gridCol w:w="7790"/>
      </w:tblGrid>
      <w:tr w:rsidR="00E1185F" w14:paraId="16B0B261" w14:textId="77777777" w:rsidTr="005F2D3F">
        <w:trPr>
          <w:trHeight w:val="301"/>
          <w:jc w:val="center"/>
        </w:trPr>
        <w:tc>
          <w:tcPr>
            <w:tcW w:w="2410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shd w:val="clear" w:color="auto" w:fill="FFF2D8"/>
            <w:vAlign w:val="center"/>
          </w:tcPr>
          <w:p w14:paraId="43388EEB" w14:textId="77777777" w:rsidR="00E1185F" w:rsidRDefault="00000000" w:rsidP="005F2D3F">
            <w:pPr>
              <w:snapToGrid w:val="0"/>
              <w:spacing w:after="0" w:line="240" w:lineRule="auto"/>
              <w:jc w:val="center"/>
            </w:pPr>
            <w:proofErr w:type="spellStart"/>
            <w:r>
              <w:rPr>
                <w:b/>
                <w:color w:val="5A2600"/>
                <w:sz w:val="20"/>
              </w:rPr>
              <w:t>申込区分</w:t>
            </w:r>
            <w:proofErr w:type="spellEnd"/>
          </w:p>
        </w:tc>
        <w:tc>
          <w:tcPr>
            <w:tcW w:w="7790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vAlign w:val="center"/>
          </w:tcPr>
          <w:p w14:paraId="6BCF9C6B" w14:textId="77777777" w:rsidR="00E1185F" w:rsidRDefault="00000000" w:rsidP="005F2D3F">
            <w:pPr>
              <w:snapToGrid w:val="0"/>
              <w:spacing w:line="240" w:lineRule="atLeast"/>
              <w:rPr>
                <w:lang w:eastAsia="ja-JP"/>
              </w:rPr>
            </w:pPr>
            <w:r>
              <w:rPr>
                <w:sz w:val="20"/>
                <w:lang w:eastAsia="ja-JP"/>
              </w:rPr>
              <w:t>□ 企業・団体　　□ 個人</w:t>
            </w:r>
          </w:p>
        </w:tc>
      </w:tr>
      <w:tr w:rsidR="00E1185F" w14:paraId="6F4BBF8F" w14:textId="77777777" w:rsidTr="005F2D3F">
        <w:trPr>
          <w:trHeight w:val="20"/>
          <w:jc w:val="center"/>
        </w:trPr>
        <w:tc>
          <w:tcPr>
            <w:tcW w:w="2410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shd w:val="clear" w:color="auto" w:fill="FFF2D8"/>
            <w:vAlign w:val="center"/>
          </w:tcPr>
          <w:p w14:paraId="13B7F04F" w14:textId="77777777" w:rsidR="00E1185F" w:rsidRDefault="00000000" w:rsidP="005F2D3F">
            <w:pPr>
              <w:snapToGrid w:val="0"/>
              <w:spacing w:after="0" w:line="240" w:lineRule="auto"/>
              <w:jc w:val="center"/>
            </w:pPr>
            <w:proofErr w:type="spellStart"/>
            <w:r>
              <w:rPr>
                <w:b/>
                <w:color w:val="5A2600"/>
                <w:sz w:val="20"/>
              </w:rPr>
              <w:t>企業名・団体名</w:t>
            </w:r>
            <w:proofErr w:type="spellEnd"/>
          </w:p>
        </w:tc>
        <w:tc>
          <w:tcPr>
            <w:tcW w:w="7790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vAlign w:val="center"/>
          </w:tcPr>
          <w:p w14:paraId="128ABB9A" w14:textId="77777777" w:rsidR="00E1185F" w:rsidRDefault="00000000" w:rsidP="005F2D3F">
            <w:pPr>
              <w:snapToGrid w:val="0"/>
              <w:spacing w:line="240" w:lineRule="atLeast"/>
            </w:pPr>
            <w:r>
              <w:rPr>
                <w:sz w:val="20"/>
              </w:rPr>
              <w:t xml:space="preserve">　　　　　　　　　　　　　　　　　　　　　　　　　</w:t>
            </w:r>
          </w:p>
        </w:tc>
      </w:tr>
      <w:tr w:rsidR="00E1185F" w14:paraId="268E6473" w14:textId="77777777" w:rsidTr="005F2D3F">
        <w:trPr>
          <w:trHeight w:val="20"/>
          <w:jc w:val="center"/>
        </w:trPr>
        <w:tc>
          <w:tcPr>
            <w:tcW w:w="2410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shd w:val="clear" w:color="auto" w:fill="FFF2D8"/>
            <w:vAlign w:val="center"/>
          </w:tcPr>
          <w:p w14:paraId="4800CF21" w14:textId="77777777" w:rsidR="00E1185F" w:rsidRDefault="00000000" w:rsidP="005F2D3F">
            <w:pPr>
              <w:snapToGrid w:val="0"/>
              <w:spacing w:after="0" w:line="240" w:lineRule="auto"/>
              <w:jc w:val="center"/>
            </w:pPr>
            <w:r>
              <w:rPr>
                <w:b/>
                <w:color w:val="5A2600"/>
                <w:sz w:val="20"/>
              </w:rPr>
              <w:t>お名前</w:t>
            </w:r>
          </w:p>
        </w:tc>
        <w:tc>
          <w:tcPr>
            <w:tcW w:w="7790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vAlign w:val="center"/>
          </w:tcPr>
          <w:p w14:paraId="6216FA54" w14:textId="77777777" w:rsidR="00E1185F" w:rsidRDefault="00000000" w:rsidP="005F2D3F">
            <w:pPr>
              <w:snapToGrid w:val="0"/>
              <w:spacing w:line="240" w:lineRule="atLeast"/>
            </w:pPr>
            <w:r>
              <w:rPr>
                <w:sz w:val="20"/>
              </w:rPr>
              <w:t xml:space="preserve">　　　　　　　　　　　　　　　　　　　　　　　　　</w:t>
            </w:r>
          </w:p>
        </w:tc>
      </w:tr>
      <w:tr w:rsidR="00E1185F" w14:paraId="0C6F2BA4" w14:textId="77777777" w:rsidTr="005F2D3F">
        <w:trPr>
          <w:trHeight w:val="20"/>
          <w:jc w:val="center"/>
        </w:trPr>
        <w:tc>
          <w:tcPr>
            <w:tcW w:w="2410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shd w:val="clear" w:color="auto" w:fill="FFF2D8"/>
            <w:vAlign w:val="center"/>
          </w:tcPr>
          <w:p w14:paraId="3FB053E3" w14:textId="77777777" w:rsidR="00E1185F" w:rsidRDefault="00000000" w:rsidP="005F2D3F">
            <w:pPr>
              <w:snapToGrid w:val="0"/>
              <w:spacing w:after="0" w:line="240" w:lineRule="auto"/>
              <w:jc w:val="center"/>
            </w:pPr>
            <w:r>
              <w:rPr>
                <w:b/>
                <w:color w:val="5A2600"/>
                <w:sz w:val="20"/>
              </w:rPr>
              <w:t>フリガナ</w:t>
            </w:r>
          </w:p>
        </w:tc>
        <w:tc>
          <w:tcPr>
            <w:tcW w:w="7790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vAlign w:val="center"/>
          </w:tcPr>
          <w:p w14:paraId="6A8F0993" w14:textId="77777777" w:rsidR="00E1185F" w:rsidRDefault="00000000" w:rsidP="005F2D3F">
            <w:pPr>
              <w:snapToGrid w:val="0"/>
              <w:spacing w:line="240" w:lineRule="atLeast"/>
            </w:pPr>
            <w:r>
              <w:rPr>
                <w:sz w:val="20"/>
              </w:rPr>
              <w:t xml:space="preserve">　　　　　　　　　　　　　　　　　　　　　　　　　</w:t>
            </w:r>
          </w:p>
        </w:tc>
      </w:tr>
      <w:tr w:rsidR="005F2D3F" w14:paraId="15CC2F6D" w14:textId="77777777" w:rsidTr="005F2D3F">
        <w:trPr>
          <w:trHeight w:val="20"/>
          <w:jc w:val="center"/>
        </w:trPr>
        <w:tc>
          <w:tcPr>
            <w:tcW w:w="2410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shd w:val="clear" w:color="auto" w:fill="FFF2D8"/>
            <w:vAlign w:val="center"/>
          </w:tcPr>
          <w:p w14:paraId="13720BE3" w14:textId="77777777" w:rsidR="005F2D3F" w:rsidRDefault="005F2D3F" w:rsidP="005F2D3F">
            <w:pPr>
              <w:snapToGrid w:val="0"/>
              <w:spacing w:after="0" w:line="240" w:lineRule="auto"/>
              <w:jc w:val="center"/>
            </w:pPr>
            <w:proofErr w:type="spellStart"/>
            <w:r>
              <w:rPr>
                <w:b/>
                <w:color w:val="5A2600"/>
                <w:sz w:val="20"/>
              </w:rPr>
              <w:t>住所</w:t>
            </w:r>
            <w:proofErr w:type="spellEnd"/>
          </w:p>
        </w:tc>
        <w:tc>
          <w:tcPr>
            <w:tcW w:w="7790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vAlign w:val="center"/>
          </w:tcPr>
          <w:p w14:paraId="7ACD46D7" w14:textId="77777777" w:rsidR="005F2D3F" w:rsidRDefault="005F2D3F" w:rsidP="005F2D3F">
            <w:pPr>
              <w:snapToGrid w:val="0"/>
              <w:spacing w:line="240" w:lineRule="atLeast"/>
              <w:rPr>
                <w:sz w:val="20"/>
                <w:lang w:eastAsia="ja-JP"/>
              </w:rPr>
            </w:pPr>
            <w:r>
              <w:rPr>
                <w:sz w:val="20"/>
              </w:rPr>
              <w:t>〒</w:t>
            </w:r>
          </w:p>
          <w:p w14:paraId="60E9CAE1" w14:textId="77777777" w:rsidR="005F2D3F" w:rsidRDefault="005F2D3F" w:rsidP="005F2D3F">
            <w:pPr>
              <w:snapToGrid w:val="0"/>
              <w:spacing w:line="240" w:lineRule="atLeast"/>
              <w:rPr>
                <w:sz w:val="20"/>
                <w:lang w:eastAsia="ja-JP"/>
              </w:rPr>
            </w:pPr>
          </w:p>
          <w:p w14:paraId="193EB5AB" w14:textId="24E08A74" w:rsidR="005F2D3F" w:rsidRDefault="005F2D3F" w:rsidP="005F2D3F">
            <w:pPr>
              <w:snapToGrid w:val="0"/>
              <w:spacing w:line="240" w:lineRule="atLeast"/>
              <w:rPr>
                <w:rFonts w:hint="eastAsia"/>
                <w:lang w:eastAsia="ja-JP"/>
              </w:rPr>
            </w:pPr>
          </w:p>
        </w:tc>
      </w:tr>
      <w:tr w:rsidR="005F2D3F" w14:paraId="7614532D" w14:textId="77777777" w:rsidTr="005F2D3F">
        <w:trPr>
          <w:trHeight w:val="20"/>
          <w:jc w:val="center"/>
        </w:trPr>
        <w:tc>
          <w:tcPr>
            <w:tcW w:w="2410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shd w:val="clear" w:color="auto" w:fill="FFF2D8"/>
            <w:vAlign w:val="center"/>
          </w:tcPr>
          <w:p w14:paraId="554414F4" w14:textId="77777777" w:rsidR="005F2D3F" w:rsidRDefault="005F2D3F" w:rsidP="005F2D3F">
            <w:pPr>
              <w:snapToGrid w:val="0"/>
              <w:spacing w:after="0" w:line="240" w:lineRule="auto"/>
              <w:jc w:val="center"/>
            </w:pPr>
            <w:r>
              <w:rPr>
                <w:b/>
                <w:color w:val="5A2600"/>
                <w:sz w:val="20"/>
              </w:rPr>
              <w:t>電話番号</w:t>
            </w:r>
          </w:p>
        </w:tc>
        <w:tc>
          <w:tcPr>
            <w:tcW w:w="7790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vAlign w:val="center"/>
          </w:tcPr>
          <w:p w14:paraId="2FE4C2DD" w14:textId="77777777" w:rsidR="005F2D3F" w:rsidRDefault="005F2D3F" w:rsidP="005F2D3F">
            <w:pPr>
              <w:snapToGrid w:val="0"/>
              <w:spacing w:line="240" w:lineRule="atLeast"/>
            </w:pPr>
            <w:r>
              <w:rPr>
                <w:sz w:val="20"/>
              </w:rPr>
              <w:t xml:space="preserve">　　　　　　　　　　　　　　　　　　　　　　　　　</w:t>
            </w:r>
          </w:p>
        </w:tc>
      </w:tr>
      <w:tr w:rsidR="005F2D3F" w14:paraId="5C01F25A" w14:textId="77777777" w:rsidTr="005F2D3F">
        <w:trPr>
          <w:trHeight w:val="20"/>
          <w:jc w:val="center"/>
        </w:trPr>
        <w:tc>
          <w:tcPr>
            <w:tcW w:w="2410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shd w:val="clear" w:color="auto" w:fill="FFF2D8"/>
            <w:vAlign w:val="center"/>
          </w:tcPr>
          <w:p w14:paraId="04C7DCB6" w14:textId="77777777" w:rsidR="005F2D3F" w:rsidRDefault="005F2D3F" w:rsidP="005F2D3F">
            <w:pPr>
              <w:snapToGrid w:val="0"/>
              <w:spacing w:after="0" w:line="240" w:lineRule="auto"/>
              <w:jc w:val="center"/>
            </w:pPr>
            <w:r>
              <w:rPr>
                <w:b/>
                <w:color w:val="5A2600"/>
                <w:sz w:val="20"/>
              </w:rPr>
              <w:t>メールアドレス</w:t>
            </w:r>
          </w:p>
        </w:tc>
        <w:tc>
          <w:tcPr>
            <w:tcW w:w="7790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vAlign w:val="center"/>
          </w:tcPr>
          <w:p w14:paraId="026AF33C" w14:textId="77777777" w:rsidR="005F2D3F" w:rsidRDefault="005F2D3F" w:rsidP="005F2D3F">
            <w:pPr>
              <w:snapToGrid w:val="0"/>
              <w:spacing w:line="240" w:lineRule="atLeast"/>
            </w:pPr>
            <w:r>
              <w:rPr>
                <w:sz w:val="20"/>
              </w:rPr>
              <w:t xml:space="preserve">　　　　　　　　　　　　　　　　　　　　　　　　　</w:t>
            </w:r>
          </w:p>
        </w:tc>
      </w:tr>
      <w:tr w:rsidR="005F2D3F" w14:paraId="14C57D40" w14:textId="77777777" w:rsidTr="005F2D3F">
        <w:trPr>
          <w:trHeight w:val="20"/>
          <w:jc w:val="center"/>
        </w:trPr>
        <w:tc>
          <w:tcPr>
            <w:tcW w:w="2410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shd w:val="clear" w:color="auto" w:fill="FFF2D8"/>
            <w:vAlign w:val="center"/>
          </w:tcPr>
          <w:p w14:paraId="51BB5152" w14:textId="77777777" w:rsidR="005F2D3F" w:rsidRDefault="005F2D3F" w:rsidP="005F2D3F">
            <w:pPr>
              <w:snapToGrid w:val="0"/>
              <w:spacing w:after="0" w:line="240" w:lineRule="auto"/>
              <w:jc w:val="center"/>
            </w:pPr>
            <w:r>
              <w:rPr>
                <w:b/>
                <w:color w:val="5A2600"/>
                <w:sz w:val="20"/>
              </w:rPr>
              <w:t>掲載名</w:t>
            </w:r>
          </w:p>
        </w:tc>
        <w:tc>
          <w:tcPr>
            <w:tcW w:w="7790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vAlign w:val="center"/>
          </w:tcPr>
          <w:p w14:paraId="2813D2BC" w14:textId="77777777" w:rsidR="005F2D3F" w:rsidRDefault="005F2D3F" w:rsidP="005F2D3F">
            <w:pPr>
              <w:snapToGrid w:val="0"/>
              <w:spacing w:line="240" w:lineRule="atLeast"/>
              <w:rPr>
                <w:lang w:eastAsia="ja-JP"/>
              </w:rPr>
            </w:pPr>
            <w:r>
              <w:rPr>
                <w:lang w:eastAsia="ja-JP"/>
              </w:rPr>
              <w:t>□ 掲載を希望する　　□ 掲載を希望しない</w:t>
            </w:r>
          </w:p>
          <w:p w14:paraId="1A2B937A" w14:textId="0A6122A1" w:rsidR="005F2D3F" w:rsidRDefault="005F2D3F" w:rsidP="005F2D3F">
            <w:pPr>
              <w:snapToGrid w:val="0"/>
              <w:spacing w:line="240" w:lineRule="atLeast"/>
              <w:rPr>
                <w:rFonts w:hint="eastAsia"/>
                <w:lang w:eastAsia="ja-JP"/>
              </w:rPr>
            </w:pPr>
          </w:p>
        </w:tc>
      </w:tr>
    </w:tbl>
    <w:p w14:paraId="7762B020" w14:textId="77777777" w:rsidR="00E1185F" w:rsidRDefault="00000000" w:rsidP="005F2D3F">
      <w:pPr>
        <w:pBdr>
          <w:bottom w:val="single" w:sz="12" w:space="4" w:color="8A3B00"/>
        </w:pBdr>
        <w:shd w:val="clear" w:color="auto" w:fill="F7E3B5"/>
        <w:snapToGrid w:val="0"/>
        <w:spacing w:before="160" w:after="0" w:line="240" w:lineRule="atLeast"/>
      </w:pPr>
      <w:proofErr w:type="spellStart"/>
      <w:r>
        <w:rPr>
          <w:b/>
          <w:color w:val="5A2600"/>
          <w:sz w:val="26"/>
        </w:rPr>
        <w:t>書類・連絡事項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50"/>
        <w:gridCol w:w="7650"/>
      </w:tblGrid>
      <w:tr w:rsidR="00E1185F" w14:paraId="0388C43F" w14:textId="77777777">
        <w:trPr>
          <w:jc w:val="center"/>
        </w:trPr>
        <w:tc>
          <w:tcPr>
            <w:tcW w:w="2550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shd w:val="clear" w:color="auto" w:fill="FFF2D8"/>
            <w:vAlign w:val="center"/>
          </w:tcPr>
          <w:p w14:paraId="200BBE74" w14:textId="77777777" w:rsidR="00E1185F" w:rsidRDefault="00000000" w:rsidP="005F2D3F">
            <w:pPr>
              <w:snapToGrid w:val="0"/>
              <w:spacing w:after="0" w:line="240" w:lineRule="atLeast"/>
              <w:jc w:val="center"/>
            </w:pPr>
            <w:r>
              <w:rPr>
                <w:b/>
                <w:color w:val="5A2600"/>
              </w:rPr>
              <w:t>請求書・領収書</w:t>
            </w:r>
          </w:p>
        </w:tc>
        <w:tc>
          <w:tcPr>
            <w:tcW w:w="7650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vAlign w:val="center"/>
          </w:tcPr>
          <w:p w14:paraId="7D96214F" w14:textId="77777777" w:rsidR="00E1185F" w:rsidRDefault="00000000" w:rsidP="005F2D3F">
            <w:pPr>
              <w:snapToGrid w:val="0"/>
              <w:spacing w:line="240" w:lineRule="atLeast"/>
              <w:rPr>
                <w:lang w:eastAsia="ja-JP"/>
              </w:rPr>
            </w:pPr>
            <w:r>
              <w:rPr>
                <w:lang w:eastAsia="ja-JP"/>
              </w:rPr>
              <w:t>□ 請求書を希望する　　□ 領収書を希望する　　□ 不要</w:t>
            </w:r>
          </w:p>
        </w:tc>
      </w:tr>
      <w:tr w:rsidR="00E1185F" w14:paraId="740A3083" w14:textId="77777777">
        <w:trPr>
          <w:jc w:val="center"/>
        </w:trPr>
        <w:tc>
          <w:tcPr>
            <w:tcW w:w="2550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shd w:val="clear" w:color="auto" w:fill="FFF2D8"/>
            <w:vAlign w:val="center"/>
          </w:tcPr>
          <w:p w14:paraId="30DD51C5" w14:textId="77777777" w:rsidR="00E1185F" w:rsidRDefault="00000000" w:rsidP="005F2D3F">
            <w:pPr>
              <w:snapToGrid w:val="0"/>
              <w:spacing w:after="0" w:line="240" w:lineRule="atLeast"/>
              <w:jc w:val="center"/>
            </w:pPr>
            <w:proofErr w:type="spellStart"/>
            <w:r>
              <w:rPr>
                <w:b/>
                <w:color w:val="5A2600"/>
              </w:rPr>
              <w:t>備考</w:t>
            </w:r>
            <w:proofErr w:type="spellEnd"/>
          </w:p>
        </w:tc>
        <w:tc>
          <w:tcPr>
            <w:tcW w:w="7650" w:type="dxa"/>
            <w:tcBorders>
              <w:top w:val="single" w:sz="6" w:space="0" w:color="D6C3A5"/>
              <w:left w:val="single" w:sz="6" w:space="0" w:color="D6C3A5"/>
              <w:bottom w:val="single" w:sz="6" w:space="0" w:color="D6C3A5"/>
              <w:right w:val="single" w:sz="6" w:space="0" w:color="D6C3A5"/>
            </w:tcBorders>
            <w:vAlign w:val="center"/>
          </w:tcPr>
          <w:p w14:paraId="4D171CFF" w14:textId="77777777" w:rsidR="00E1185F" w:rsidRDefault="00E1185F" w:rsidP="005F2D3F">
            <w:pPr>
              <w:snapToGrid w:val="0"/>
              <w:spacing w:line="240" w:lineRule="atLeast"/>
              <w:rPr>
                <w:lang w:eastAsia="ja-JP"/>
              </w:rPr>
            </w:pPr>
          </w:p>
          <w:p w14:paraId="3596C4D7" w14:textId="77777777" w:rsidR="005F2D3F" w:rsidRDefault="005F2D3F" w:rsidP="005F2D3F">
            <w:pPr>
              <w:snapToGrid w:val="0"/>
              <w:spacing w:line="240" w:lineRule="atLeast"/>
              <w:rPr>
                <w:rFonts w:hint="eastAsia"/>
                <w:lang w:eastAsia="ja-JP"/>
              </w:rPr>
            </w:pPr>
          </w:p>
        </w:tc>
      </w:tr>
    </w:tbl>
    <w:p w14:paraId="6C73D167" w14:textId="77777777" w:rsidR="00E1185F" w:rsidRDefault="00000000" w:rsidP="005F2D3F">
      <w:pPr>
        <w:pBdr>
          <w:bottom w:val="single" w:sz="12" w:space="4" w:color="8A3B00"/>
        </w:pBdr>
        <w:shd w:val="clear" w:color="auto" w:fill="F7E3B5"/>
        <w:snapToGrid w:val="0"/>
        <w:spacing w:before="160" w:after="0" w:line="240" w:lineRule="atLeast"/>
        <w:rPr>
          <w:lang w:eastAsia="ja-JP"/>
        </w:rPr>
      </w:pPr>
      <w:r>
        <w:rPr>
          <w:b/>
          <w:color w:val="5A2600"/>
          <w:sz w:val="26"/>
          <w:lang w:eastAsia="ja-JP"/>
        </w:rPr>
        <w:t>提出・お問い合わせ先</w:t>
      </w:r>
    </w:p>
    <w:p w14:paraId="1CA99683" w14:textId="38279B2B" w:rsidR="00E1185F" w:rsidRDefault="00000000" w:rsidP="005F2D3F">
      <w:pPr>
        <w:snapToGrid w:val="0"/>
        <w:spacing w:after="0" w:line="240" w:lineRule="atLeast"/>
        <w:rPr>
          <w:lang w:eastAsia="ja-JP"/>
        </w:rPr>
      </w:pPr>
      <w:r>
        <w:rPr>
          <w:sz w:val="20"/>
          <w:lang w:eastAsia="ja-JP"/>
        </w:rPr>
        <w:t>稲荷コンコン秋祭り実行委員会</w:t>
      </w:r>
      <w:r w:rsidR="005F2D3F">
        <w:rPr>
          <w:rFonts w:hint="eastAsia"/>
          <w:lang w:eastAsia="ja-JP"/>
        </w:rPr>
        <w:t xml:space="preserve">　</w:t>
      </w:r>
      <w:r>
        <w:rPr>
          <w:sz w:val="20"/>
          <w:lang w:eastAsia="ja-JP"/>
        </w:rPr>
        <w:t>担当：</w:t>
      </w:r>
      <w:r w:rsidR="007C0235">
        <w:rPr>
          <w:rFonts w:hint="eastAsia"/>
          <w:sz w:val="20"/>
          <w:lang w:eastAsia="ja-JP"/>
        </w:rPr>
        <w:t>安藤徳之</w:t>
      </w:r>
      <w:r w:rsidR="005F2D3F">
        <w:rPr>
          <w:rFonts w:hint="eastAsia"/>
          <w:sz w:val="20"/>
          <w:lang w:eastAsia="ja-JP"/>
        </w:rPr>
        <w:t xml:space="preserve">　</w:t>
      </w:r>
      <w:r w:rsidR="007C0235">
        <w:rPr>
          <w:rFonts w:hint="eastAsia"/>
          <w:sz w:val="20"/>
          <w:lang w:eastAsia="ja-JP"/>
        </w:rPr>
        <w:t>phone</w:t>
      </w:r>
      <w:r>
        <w:rPr>
          <w:sz w:val="20"/>
          <w:lang w:eastAsia="ja-JP"/>
        </w:rPr>
        <w:t>：</w:t>
      </w:r>
      <w:r w:rsidR="007C0235">
        <w:rPr>
          <w:rFonts w:hint="eastAsia"/>
          <w:sz w:val="20"/>
          <w:lang w:eastAsia="ja-JP"/>
        </w:rPr>
        <w:t>090-7867-6277</w:t>
      </w:r>
    </w:p>
    <w:sectPr w:rsidR="00E1185F" w:rsidSect="00034616">
      <w:footerReference w:type="default" r:id="rId8"/>
      <w:pgSz w:w="12240" w:h="15840"/>
      <w:pgMar w:top="964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6FE92" w14:textId="77777777" w:rsidR="008125D7" w:rsidRDefault="008125D7">
      <w:pPr>
        <w:spacing w:after="0" w:line="240" w:lineRule="auto"/>
      </w:pPr>
      <w:r>
        <w:separator/>
      </w:r>
    </w:p>
  </w:endnote>
  <w:endnote w:type="continuationSeparator" w:id="0">
    <w:p w14:paraId="2E745AAF" w14:textId="77777777" w:rsidR="008125D7" w:rsidRDefault="00812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2B0B8" w14:textId="77777777" w:rsidR="00E1185F" w:rsidRDefault="00000000">
    <w:pPr>
      <w:pStyle w:val="a7"/>
      <w:jc w:val="center"/>
      <w:rPr>
        <w:lang w:eastAsia="ja-JP"/>
      </w:rPr>
    </w:pPr>
    <w:r>
      <w:rPr>
        <w:color w:val="787878"/>
        <w:sz w:val="16"/>
        <w:lang w:eastAsia="ja-JP"/>
      </w:rPr>
      <w:t>稲荷コンコン秋祭り ～狐の嫁入り行列～ 協賛申込書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2F39A" w14:textId="77777777" w:rsidR="008125D7" w:rsidRDefault="008125D7">
      <w:pPr>
        <w:spacing w:after="0" w:line="240" w:lineRule="auto"/>
      </w:pPr>
      <w:r>
        <w:separator/>
      </w:r>
    </w:p>
  </w:footnote>
  <w:footnote w:type="continuationSeparator" w:id="0">
    <w:p w14:paraId="2728F2C1" w14:textId="77777777" w:rsidR="008125D7" w:rsidRDefault="00812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3670133">
    <w:abstractNumId w:val="8"/>
  </w:num>
  <w:num w:numId="2" w16cid:durableId="1981837426">
    <w:abstractNumId w:val="6"/>
  </w:num>
  <w:num w:numId="3" w16cid:durableId="166093797">
    <w:abstractNumId w:val="5"/>
  </w:num>
  <w:num w:numId="4" w16cid:durableId="493839857">
    <w:abstractNumId w:val="4"/>
  </w:num>
  <w:num w:numId="5" w16cid:durableId="1785735598">
    <w:abstractNumId w:val="7"/>
  </w:num>
  <w:num w:numId="6" w16cid:durableId="863859479">
    <w:abstractNumId w:val="3"/>
  </w:num>
  <w:num w:numId="7" w16cid:durableId="2003895867">
    <w:abstractNumId w:val="2"/>
  </w:num>
  <w:num w:numId="8" w16cid:durableId="941228962">
    <w:abstractNumId w:val="1"/>
  </w:num>
  <w:num w:numId="9" w16cid:durableId="1537933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246C"/>
    <w:rsid w:val="005F2D3F"/>
    <w:rsid w:val="007C0235"/>
    <w:rsid w:val="008125D7"/>
    <w:rsid w:val="00A94BA5"/>
    <w:rsid w:val="00AA1D8D"/>
    <w:rsid w:val="00B47730"/>
    <w:rsid w:val="00CB0664"/>
    <w:rsid w:val="00D2421F"/>
    <w:rsid w:val="00E118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7F3ED5"/>
  <w14:defaultImageDpi w14:val="300"/>
  <w15:docId w15:val="{B05098F8-211C-4476-93DB-D18738F3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游ゴシック" w:eastAsia="游ゴシック" w:hAnsi="游ゴシック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235</Words>
  <Characters>252</Characters>
  <Application>Microsoft Office Word</Application>
  <DocSecurity>0</DocSecurity>
  <Lines>31</Lines>
  <Paragraphs>44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nor and</cp:lastModifiedBy>
  <cp:revision>2</cp:revision>
  <dcterms:created xsi:type="dcterms:W3CDTF">2013-12-23T23:15:00Z</dcterms:created>
  <dcterms:modified xsi:type="dcterms:W3CDTF">2026-06-19T08:49:00Z</dcterms:modified>
  <cp:category/>
</cp:coreProperties>
</file>